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753F" w:rsidRPr="00342A36" w:rsidRDefault="00450806" w:rsidP="00F57D75">
      <w:pPr>
        <w:pStyle w:val="Titre1"/>
        <w:jc w:val="center"/>
        <w:rPr>
          <w:rFonts w:ascii="Times New Roman" w:hAnsi="Times New Roman" w:cs="Times New Roman"/>
          <w:color w:val="FFFFFF" w:themeColor="background1"/>
        </w:rPr>
      </w:pPr>
      <w:r>
        <w:rPr>
          <w:rFonts w:ascii="Times New Roman" w:hAnsi="Times New Roman" w:cs="Times New Roman"/>
          <w:color w:val="FFFFFF" w:themeColor="background1"/>
          <w:highlight w:val="black"/>
        </w:rPr>
        <w:t xml:space="preserve"> </w:t>
      </w:r>
      <w:r w:rsidR="00F57D75" w:rsidRPr="00342A36">
        <w:rPr>
          <w:rFonts w:ascii="Times New Roman" w:hAnsi="Times New Roman" w:cs="Times New Roman"/>
          <w:color w:val="FFFFFF" w:themeColor="background1"/>
          <w:highlight w:val="black"/>
        </w:rPr>
        <w:t>FORMULAIRE DE</w:t>
      </w:r>
      <w:r w:rsidR="00B217C7" w:rsidRPr="00342A36">
        <w:rPr>
          <w:rFonts w:ascii="Times New Roman" w:hAnsi="Times New Roman" w:cs="Times New Roman"/>
          <w:color w:val="FFFFFF" w:themeColor="background1"/>
          <w:highlight w:val="black"/>
        </w:rPr>
        <w:t xml:space="preserve"> SOUMISSION D’ARTICLE / TRAVAI</w:t>
      </w:r>
      <w:r>
        <w:rPr>
          <w:rFonts w:ascii="Times New Roman" w:hAnsi="Times New Roman" w:cs="Times New Roman"/>
          <w:color w:val="FFFFFF" w:themeColor="background1"/>
          <w:highlight w:val="black"/>
        </w:rPr>
        <w:t xml:space="preserve">L </w:t>
      </w:r>
      <w:r w:rsidR="00B217C7" w:rsidRPr="00450806">
        <w:rPr>
          <w:rFonts w:ascii="Times New Roman" w:hAnsi="Times New Roman" w:cs="Times New Roman"/>
          <w:color w:val="auto"/>
          <w:highlight w:val="black"/>
        </w:rPr>
        <w:t xml:space="preserve">L </w:t>
      </w:r>
      <w:r>
        <w:rPr>
          <w:rFonts w:ascii="Times New Roman" w:hAnsi="Times New Roman" w:cs="Times New Roman"/>
          <w:color w:val="FFFFFF" w:themeColor="background1"/>
          <w:highlight w:val="black"/>
        </w:rPr>
        <w:t xml:space="preserve">  </w:t>
      </w:r>
      <w:r w:rsidRPr="00450806">
        <w:rPr>
          <w:rFonts w:ascii="Times New Roman" w:hAnsi="Times New Roman" w:cs="Times New Roman"/>
          <w:color w:val="auto"/>
          <w:highlight w:val="black"/>
        </w:rPr>
        <w:t>E</w:t>
      </w:r>
      <w:r w:rsidR="00F57D75" w:rsidRPr="00342A36">
        <w:rPr>
          <w:rFonts w:ascii="Times New Roman" w:hAnsi="Times New Roman" w:cs="Times New Roman"/>
          <w:color w:val="FFFFFF" w:themeColor="background1"/>
          <w:highlight w:val="black"/>
        </w:rPr>
        <w:t>SCIENTIFIQU</w:t>
      </w:r>
      <w:r>
        <w:rPr>
          <w:rFonts w:ascii="Times New Roman" w:hAnsi="Times New Roman" w:cs="Times New Roman"/>
          <w:color w:val="FFFFFF" w:themeColor="background1"/>
          <w:highlight w:val="black"/>
        </w:rPr>
        <w:t xml:space="preserve">E </w:t>
      </w:r>
      <w:r w:rsidR="00F57D75" w:rsidRPr="00450806">
        <w:rPr>
          <w:rFonts w:ascii="Times New Roman" w:hAnsi="Times New Roman" w:cs="Times New Roman"/>
          <w:color w:val="auto"/>
          <w:highlight w:val="black"/>
        </w:rPr>
        <w:t>E</w:t>
      </w:r>
    </w:p>
    <w:p w:rsidR="00B217C7" w:rsidRPr="00B217C7" w:rsidRDefault="00B217C7" w:rsidP="00B217C7">
      <w:pPr>
        <w:jc w:val="center"/>
        <w:rPr>
          <w:sz w:val="28"/>
          <w:szCs w:val="28"/>
        </w:rPr>
      </w:pPr>
      <w:r w:rsidRPr="00B217C7">
        <w:rPr>
          <w:sz w:val="28"/>
          <w:szCs w:val="28"/>
        </w:rPr>
        <w:t>- - -</w:t>
      </w:r>
    </w:p>
    <w:p w:rsidR="0025753F" w:rsidRDefault="00A6349C" w:rsidP="00F57D75">
      <w:pPr>
        <w:pStyle w:val="Titre2"/>
        <w:jc w:val="center"/>
        <w:rPr>
          <w:rFonts w:ascii="Times New Roman" w:hAnsi="Times New Roman" w:cs="Times New Roman"/>
          <w:color w:val="404040" w:themeColor="text1" w:themeTint="BF"/>
          <w:sz w:val="28"/>
          <w:szCs w:val="28"/>
        </w:rPr>
      </w:pPr>
      <w:r>
        <w:rPr>
          <w:rFonts w:ascii="Times New Roman" w:hAnsi="Times New Roman" w:cs="Times New Roman"/>
          <w:color w:val="404040" w:themeColor="text1" w:themeTint="BF"/>
          <w:sz w:val="28"/>
          <w:szCs w:val="28"/>
        </w:rPr>
        <w:t>Identification des</w:t>
      </w:r>
      <w:r w:rsidR="00D2594B" w:rsidRPr="00B217C7">
        <w:rPr>
          <w:rFonts w:ascii="Times New Roman" w:hAnsi="Times New Roman" w:cs="Times New Roman"/>
          <w:color w:val="404040" w:themeColor="text1" w:themeTint="BF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404040" w:themeColor="text1" w:themeTint="BF"/>
          <w:sz w:val="28"/>
          <w:szCs w:val="28"/>
        </w:rPr>
        <w:t>auteurs</w:t>
      </w:r>
    </w:p>
    <w:p w:rsidR="00365947" w:rsidRPr="00365947" w:rsidRDefault="00365947" w:rsidP="00365947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386"/>
        <w:gridCol w:w="2386"/>
        <w:gridCol w:w="2387"/>
        <w:gridCol w:w="2387"/>
      </w:tblGrid>
      <w:tr w:rsidR="00365947" w:rsidTr="00365947">
        <w:tc>
          <w:tcPr>
            <w:tcW w:w="2386" w:type="dxa"/>
          </w:tcPr>
          <w:p w:rsidR="00365947" w:rsidRDefault="00365947" w:rsidP="00A634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Nom et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Prénom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des auteurs</w:t>
            </w:r>
          </w:p>
        </w:tc>
        <w:tc>
          <w:tcPr>
            <w:tcW w:w="2386" w:type="dxa"/>
          </w:tcPr>
          <w:p w:rsidR="00365947" w:rsidRPr="00B217C7" w:rsidRDefault="00365947" w:rsidP="00365947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217C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Affiliation(s) / Institution(s) :</w:t>
            </w:r>
          </w:p>
          <w:p w:rsidR="00365947" w:rsidRDefault="00365947" w:rsidP="00A634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7" w:type="dxa"/>
          </w:tcPr>
          <w:p w:rsidR="00365947" w:rsidRDefault="00365947" w:rsidP="00A634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217C7">
              <w:rPr>
                <w:rFonts w:ascii="Times New Roman" w:hAnsi="Times New Roman" w:cs="Times New Roman"/>
                <w:sz w:val="28"/>
                <w:szCs w:val="28"/>
              </w:rPr>
              <w:t>Adresse</w:t>
            </w:r>
            <w:proofErr w:type="spellEnd"/>
            <w:r w:rsidRPr="00B217C7">
              <w:rPr>
                <w:rFonts w:ascii="Times New Roman" w:hAnsi="Times New Roman" w:cs="Times New Roman"/>
                <w:sz w:val="28"/>
                <w:szCs w:val="28"/>
              </w:rPr>
              <w:t xml:space="preserve"> e-mail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217C7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2387" w:type="dxa"/>
          </w:tcPr>
          <w:p w:rsidR="00365947" w:rsidRDefault="00365947" w:rsidP="00A634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217C7">
              <w:rPr>
                <w:rFonts w:ascii="Times New Roman" w:hAnsi="Times New Roman" w:cs="Times New Roman"/>
                <w:sz w:val="28"/>
                <w:szCs w:val="28"/>
              </w:rPr>
              <w:t>Téléphone</w:t>
            </w:r>
            <w:proofErr w:type="spellEnd"/>
            <w:r w:rsidRPr="00B217C7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 w:rsidRPr="00B217C7">
              <w:rPr>
                <w:rFonts w:ascii="Times New Roman" w:hAnsi="Times New Roman" w:cs="Times New Roman"/>
                <w:sz w:val="28"/>
                <w:szCs w:val="28"/>
              </w:rPr>
              <w:t>optionnel</w:t>
            </w:r>
            <w:proofErr w:type="spellEnd"/>
            <w:r w:rsidRPr="00B217C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365947" w:rsidTr="00365947">
        <w:tc>
          <w:tcPr>
            <w:tcW w:w="2386" w:type="dxa"/>
          </w:tcPr>
          <w:sdt>
            <w:sdt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id w:val="-288200795"/>
              <w:placeholder>
                <w:docPart w:val="588695C150464B46915146450614608D"/>
              </w:placeholder>
              <w:showingPlcHdr/>
              <w:text/>
            </w:sdtPr>
            <w:sdtEndPr/>
            <w:sdtContent>
              <w:p w:rsidR="00365947" w:rsidRPr="002D6F32" w:rsidRDefault="00365947" w:rsidP="00365947">
                <w:pPr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</w:pPr>
                <w:r w:rsidRPr="002D6F32">
                  <w:rPr>
                    <w:rStyle w:val="Textedelespacerserv"/>
                  </w:rPr>
                  <w:t>Cliquez ici pour entrer du texte.</w:t>
                </w:r>
              </w:p>
            </w:sdtContent>
          </w:sdt>
        </w:tc>
        <w:tc>
          <w:tcPr>
            <w:tcW w:w="2386" w:type="dxa"/>
          </w:tcPr>
          <w:sdt>
            <w:sdt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id w:val="1942867595"/>
              <w:placeholder>
                <w:docPart w:val="8A471B84CB9D48699A142A5EAC2F96B7"/>
              </w:placeholder>
              <w:showingPlcHdr/>
              <w:text/>
            </w:sdtPr>
            <w:sdtEndPr/>
            <w:sdtContent>
              <w:p w:rsidR="00365947" w:rsidRPr="00B90116" w:rsidRDefault="00365947" w:rsidP="00365947">
                <w:pPr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</w:pPr>
                <w:r w:rsidRPr="00B90116">
                  <w:rPr>
                    <w:rStyle w:val="Textedelespacerserv"/>
                  </w:rPr>
                  <w:t>Cliquez ici pour entrer du texte.</w:t>
                </w:r>
              </w:p>
            </w:sdtContent>
          </w:sdt>
        </w:tc>
        <w:tc>
          <w:tcPr>
            <w:tcW w:w="2387" w:type="dxa"/>
          </w:tcPr>
          <w:sdt>
            <w:sdt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id w:val="1745689815"/>
              <w:placeholder>
                <w:docPart w:val="8535C8A879D34EF78E85A420F36008D1"/>
              </w:placeholder>
              <w:showingPlcHdr/>
              <w:text/>
            </w:sdtPr>
            <w:sdtEndPr/>
            <w:sdtContent>
              <w:p w:rsidR="00365947" w:rsidRPr="002D6F32" w:rsidRDefault="00365947" w:rsidP="00365947">
                <w:pPr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</w:pPr>
                <w:r w:rsidRPr="002D6F32">
                  <w:rPr>
                    <w:rStyle w:val="Textedelespacerserv"/>
                  </w:rPr>
                  <w:t>Cliquez ici pour entrer du texte.</w:t>
                </w:r>
              </w:p>
            </w:sdtContent>
          </w:sdt>
        </w:tc>
        <w:tc>
          <w:tcPr>
            <w:tcW w:w="2387" w:type="dxa"/>
          </w:tcPr>
          <w:sdt>
            <w:sdt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id w:val="-1019004785"/>
              <w:placeholder>
                <w:docPart w:val="E351F7A59E624411B8BDC38D1D805E32"/>
              </w:placeholder>
              <w:showingPlcHdr/>
              <w:text/>
            </w:sdtPr>
            <w:sdtEndPr/>
            <w:sdtContent>
              <w:p w:rsidR="00365947" w:rsidRPr="00B90116" w:rsidRDefault="00365947" w:rsidP="00365947">
                <w:pPr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</w:pPr>
                <w:r w:rsidRPr="00B90116">
                  <w:rPr>
                    <w:rStyle w:val="Textedelespacerserv"/>
                  </w:rPr>
                  <w:t>Cliquez ici pour entrer du texte.</w:t>
                </w:r>
              </w:p>
            </w:sdtContent>
          </w:sdt>
        </w:tc>
      </w:tr>
      <w:tr w:rsidR="00365947" w:rsidTr="00365947">
        <w:tc>
          <w:tcPr>
            <w:tcW w:w="2386" w:type="dxa"/>
          </w:tcPr>
          <w:sdt>
            <w:sdt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id w:val="595521932"/>
              <w:placeholder>
                <w:docPart w:val="E4C234F3CE4946AFB53DA4D87F7C97E0"/>
              </w:placeholder>
              <w:showingPlcHdr/>
              <w:text/>
            </w:sdtPr>
            <w:sdtEndPr/>
            <w:sdtContent>
              <w:p w:rsidR="00365947" w:rsidRPr="002D6F32" w:rsidRDefault="00365947" w:rsidP="00365947">
                <w:pPr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</w:pPr>
                <w:r w:rsidRPr="002D6F32">
                  <w:rPr>
                    <w:rStyle w:val="Textedelespacerserv"/>
                  </w:rPr>
                  <w:t>Cliquez ici pour entrer du texte.</w:t>
                </w:r>
              </w:p>
            </w:sdtContent>
          </w:sdt>
        </w:tc>
        <w:tc>
          <w:tcPr>
            <w:tcW w:w="2386" w:type="dxa"/>
          </w:tcPr>
          <w:sdt>
            <w:sdt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id w:val="-145280333"/>
              <w:placeholder>
                <w:docPart w:val="6A552C44A9874A4BADC70933D2F7BCDD"/>
              </w:placeholder>
              <w:showingPlcHdr/>
              <w:text/>
            </w:sdtPr>
            <w:sdtEndPr/>
            <w:sdtContent>
              <w:p w:rsidR="00365947" w:rsidRPr="00B90116" w:rsidRDefault="00365947" w:rsidP="00365947">
                <w:pPr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</w:pPr>
                <w:r w:rsidRPr="00B90116">
                  <w:rPr>
                    <w:rStyle w:val="Textedelespacerserv"/>
                  </w:rPr>
                  <w:t>Cliquez ici pour entrer du texte.</w:t>
                </w:r>
              </w:p>
            </w:sdtContent>
          </w:sdt>
        </w:tc>
        <w:tc>
          <w:tcPr>
            <w:tcW w:w="2387" w:type="dxa"/>
          </w:tcPr>
          <w:sdt>
            <w:sdt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id w:val="432483517"/>
              <w:placeholder>
                <w:docPart w:val="F2A4E020608145D2893D30DD94D1F7C9"/>
              </w:placeholder>
              <w:showingPlcHdr/>
              <w:text/>
            </w:sdtPr>
            <w:sdtEndPr/>
            <w:sdtContent>
              <w:p w:rsidR="00365947" w:rsidRPr="002D6F32" w:rsidRDefault="00365947" w:rsidP="00365947">
                <w:pPr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</w:pPr>
                <w:r w:rsidRPr="002D6F32">
                  <w:rPr>
                    <w:rStyle w:val="Textedelespacerserv"/>
                  </w:rPr>
                  <w:t>Cliquez ici pour entrer du texte.</w:t>
                </w:r>
              </w:p>
            </w:sdtContent>
          </w:sdt>
        </w:tc>
        <w:tc>
          <w:tcPr>
            <w:tcW w:w="2387" w:type="dxa"/>
          </w:tcPr>
          <w:sdt>
            <w:sdt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id w:val="-1770855130"/>
              <w:placeholder>
                <w:docPart w:val="9F1AA732E12D45929F9EF4404F75BEEF"/>
              </w:placeholder>
              <w:showingPlcHdr/>
              <w:text/>
            </w:sdtPr>
            <w:sdtEndPr/>
            <w:sdtContent>
              <w:p w:rsidR="00365947" w:rsidRPr="00B90116" w:rsidRDefault="00365947" w:rsidP="00365947">
                <w:pPr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</w:pPr>
                <w:r w:rsidRPr="00B90116">
                  <w:rPr>
                    <w:rStyle w:val="Textedelespacerserv"/>
                  </w:rPr>
                  <w:t>Cliquez ici pour entrer du texte.</w:t>
                </w:r>
              </w:p>
            </w:sdtContent>
          </w:sdt>
        </w:tc>
      </w:tr>
      <w:tr w:rsidR="00365947" w:rsidTr="00365947">
        <w:tc>
          <w:tcPr>
            <w:tcW w:w="2386" w:type="dxa"/>
          </w:tcPr>
          <w:sdt>
            <w:sdt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id w:val="1219475426"/>
              <w:placeholder>
                <w:docPart w:val="7C9A099D3071465D88524CDEAE85F29E"/>
              </w:placeholder>
              <w:showingPlcHdr/>
              <w:text/>
            </w:sdtPr>
            <w:sdtEndPr/>
            <w:sdtContent>
              <w:p w:rsidR="00365947" w:rsidRPr="002D6F32" w:rsidRDefault="00365947" w:rsidP="00365947">
                <w:pPr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</w:pPr>
                <w:r w:rsidRPr="002D6F32">
                  <w:rPr>
                    <w:rStyle w:val="Textedelespacerserv"/>
                  </w:rPr>
                  <w:t>Cliquez ici pour entrer du texte.</w:t>
                </w:r>
              </w:p>
            </w:sdtContent>
          </w:sdt>
        </w:tc>
        <w:tc>
          <w:tcPr>
            <w:tcW w:w="2386" w:type="dxa"/>
          </w:tcPr>
          <w:sdt>
            <w:sdt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id w:val="-1419711287"/>
              <w:placeholder>
                <w:docPart w:val="F8BE816140A5421E80AC43A16B425949"/>
              </w:placeholder>
              <w:showingPlcHdr/>
              <w:text/>
            </w:sdtPr>
            <w:sdtEndPr/>
            <w:sdtContent>
              <w:p w:rsidR="00365947" w:rsidRPr="00B90116" w:rsidRDefault="00365947" w:rsidP="00365947">
                <w:pPr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</w:pPr>
                <w:r w:rsidRPr="00B90116">
                  <w:rPr>
                    <w:rStyle w:val="Textedelespacerserv"/>
                  </w:rPr>
                  <w:t>Cliquez ici pour entrer du texte.</w:t>
                </w:r>
              </w:p>
            </w:sdtContent>
          </w:sdt>
        </w:tc>
        <w:tc>
          <w:tcPr>
            <w:tcW w:w="2387" w:type="dxa"/>
          </w:tcPr>
          <w:sdt>
            <w:sdt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id w:val="1480736644"/>
              <w:placeholder>
                <w:docPart w:val="2AA1B480AB5949E38832F81B2BCD618B"/>
              </w:placeholder>
              <w:showingPlcHdr/>
              <w:text/>
            </w:sdtPr>
            <w:sdtEndPr/>
            <w:sdtContent>
              <w:p w:rsidR="00365947" w:rsidRPr="002D6F32" w:rsidRDefault="00365947" w:rsidP="00365947">
                <w:pPr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</w:pPr>
                <w:r w:rsidRPr="002D6F32">
                  <w:rPr>
                    <w:rStyle w:val="Textedelespacerserv"/>
                  </w:rPr>
                  <w:t>Cliquez ici pour entrer du texte.</w:t>
                </w:r>
              </w:p>
            </w:sdtContent>
          </w:sdt>
        </w:tc>
        <w:tc>
          <w:tcPr>
            <w:tcW w:w="2387" w:type="dxa"/>
          </w:tcPr>
          <w:sdt>
            <w:sdt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id w:val="-43372909"/>
              <w:placeholder>
                <w:docPart w:val="FC7CDC538F7F463891B44B6821C19E58"/>
              </w:placeholder>
              <w:showingPlcHdr/>
              <w:text/>
            </w:sdtPr>
            <w:sdtEndPr/>
            <w:sdtContent>
              <w:p w:rsidR="00365947" w:rsidRPr="00B90116" w:rsidRDefault="00365947" w:rsidP="00365947">
                <w:pPr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</w:pPr>
                <w:r w:rsidRPr="00B90116">
                  <w:rPr>
                    <w:rStyle w:val="Textedelespacerserv"/>
                  </w:rPr>
                  <w:t>Cliquez ici pour entrer du texte.</w:t>
                </w:r>
              </w:p>
            </w:sdtContent>
          </w:sdt>
        </w:tc>
      </w:tr>
      <w:tr w:rsidR="00365947" w:rsidTr="00365947">
        <w:tc>
          <w:tcPr>
            <w:tcW w:w="2386" w:type="dxa"/>
          </w:tcPr>
          <w:sdt>
            <w:sdt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id w:val="-1127852065"/>
              <w:placeholder>
                <w:docPart w:val="546FB2AD19C94249ACA181309553233B"/>
              </w:placeholder>
              <w:showingPlcHdr/>
              <w:text/>
            </w:sdtPr>
            <w:sdtEndPr/>
            <w:sdtContent>
              <w:p w:rsidR="00365947" w:rsidRPr="002D6F32" w:rsidRDefault="00365947" w:rsidP="00365947">
                <w:pPr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</w:pPr>
                <w:r w:rsidRPr="002D6F32">
                  <w:rPr>
                    <w:rStyle w:val="Textedelespacerserv"/>
                  </w:rPr>
                  <w:t>Cliquez ici pour entrer du texte.</w:t>
                </w:r>
              </w:p>
            </w:sdtContent>
          </w:sdt>
        </w:tc>
        <w:tc>
          <w:tcPr>
            <w:tcW w:w="2386" w:type="dxa"/>
          </w:tcPr>
          <w:sdt>
            <w:sdt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id w:val="1779528981"/>
              <w:placeholder>
                <w:docPart w:val="3A15E6D2858C478B9CC77C0334F86860"/>
              </w:placeholder>
              <w:showingPlcHdr/>
              <w:text/>
            </w:sdtPr>
            <w:sdtEndPr/>
            <w:sdtContent>
              <w:p w:rsidR="00365947" w:rsidRPr="00B90116" w:rsidRDefault="00365947" w:rsidP="00365947">
                <w:pPr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</w:pPr>
                <w:r w:rsidRPr="00B90116">
                  <w:rPr>
                    <w:rStyle w:val="Textedelespacerserv"/>
                  </w:rPr>
                  <w:t>Cliquez ici pour entrer du texte.</w:t>
                </w:r>
              </w:p>
            </w:sdtContent>
          </w:sdt>
        </w:tc>
        <w:tc>
          <w:tcPr>
            <w:tcW w:w="2387" w:type="dxa"/>
          </w:tcPr>
          <w:sdt>
            <w:sdt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id w:val="-836922820"/>
              <w:placeholder>
                <w:docPart w:val="683D62EBAFE54487AE999B27F5FB9D51"/>
              </w:placeholder>
              <w:showingPlcHdr/>
              <w:text/>
            </w:sdtPr>
            <w:sdtEndPr/>
            <w:sdtContent>
              <w:p w:rsidR="00365947" w:rsidRPr="002D6F32" w:rsidRDefault="00365947" w:rsidP="00365947">
                <w:pPr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</w:pPr>
                <w:r w:rsidRPr="002D6F32">
                  <w:rPr>
                    <w:rStyle w:val="Textedelespacerserv"/>
                  </w:rPr>
                  <w:t>Cliquez ici pour entrer du texte.</w:t>
                </w:r>
              </w:p>
            </w:sdtContent>
          </w:sdt>
        </w:tc>
        <w:tc>
          <w:tcPr>
            <w:tcW w:w="2387" w:type="dxa"/>
          </w:tcPr>
          <w:sdt>
            <w:sdt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id w:val="1682624309"/>
              <w:placeholder>
                <w:docPart w:val="2C947CDD01CC40FFB9668E24FDB15A27"/>
              </w:placeholder>
              <w:showingPlcHdr/>
              <w:text/>
            </w:sdtPr>
            <w:sdtEndPr/>
            <w:sdtContent>
              <w:p w:rsidR="00365947" w:rsidRPr="00B90116" w:rsidRDefault="00365947" w:rsidP="00365947">
                <w:pPr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</w:pPr>
                <w:r w:rsidRPr="00B90116">
                  <w:rPr>
                    <w:rStyle w:val="Textedelespacerserv"/>
                  </w:rPr>
                  <w:t>Cliquez ici pour entrer du texte.</w:t>
                </w:r>
              </w:p>
            </w:sdtContent>
          </w:sdt>
        </w:tc>
      </w:tr>
      <w:tr w:rsidR="00365947" w:rsidTr="00365947">
        <w:tc>
          <w:tcPr>
            <w:tcW w:w="2386" w:type="dxa"/>
          </w:tcPr>
          <w:sdt>
            <w:sdt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id w:val="1020996"/>
              <w:placeholder>
                <w:docPart w:val="20B347710CD944A39C5CF8ECB8ADD05A"/>
              </w:placeholder>
              <w:showingPlcHdr/>
              <w:text/>
            </w:sdtPr>
            <w:sdtEndPr/>
            <w:sdtContent>
              <w:p w:rsidR="00365947" w:rsidRPr="002D6F32" w:rsidRDefault="00365947" w:rsidP="00365947">
                <w:pPr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</w:pPr>
                <w:r w:rsidRPr="002D6F32">
                  <w:rPr>
                    <w:rStyle w:val="Textedelespacerserv"/>
                  </w:rPr>
                  <w:t>Cliquez ici pour entrer du texte.</w:t>
                </w:r>
              </w:p>
            </w:sdtContent>
          </w:sdt>
        </w:tc>
        <w:tc>
          <w:tcPr>
            <w:tcW w:w="2386" w:type="dxa"/>
          </w:tcPr>
          <w:sdt>
            <w:sdt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id w:val="1324539234"/>
              <w:placeholder>
                <w:docPart w:val="0D46B60BBCC646F3A32338DF25B187E2"/>
              </w:placeholder>
              <w:showingPlcHdr/>
              <w:text/>
            </w:sdtPr>
            <w:sdtEndPr/>
            <w:sdtContent>
              <w:p w:rsidR="00365947" w:rsidRPr="00B90116" w:rsidRDefault="00365947" w:rsidP="00365947">
                <w:pPr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</w:pPr>
                <w:r w:rsidRPr="00B90116">
                  <w:rPr>
                    <w:rStyle w:val="Textedelespacerserv"/>
                  </w:rPr>
                  <w:t>Cliquez ici pour entrer du texte.</w:t>
                </w:r>
              </w:p>
            </w:sdtContent>
          </w:sdt>
        </w:tc>
        <w:tc>
          <w:tcPr>
            <w:tcW w:w="2387" w:type="dxa"/>
          </w:tcPr>
          <w:sdt>
            <w:sdt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id w:val="360628945"/>
              <w:placeholder>
                <w:docPart w:val="40BB259F3249426B9A147AF773616A24"/>
              </w:placeholder>
              <w:showingPlcHdr/>
              <w:text/>
            </w:sdtPr>
            <w:sdtEndPr/>
            <w:sdtContent>
              <w:p w:rsidR="00365947" w:rsidRPr="002D6F32" w:rsidRDefault="00365947" w:rsidP="00365947">
                <w:pPr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</w:pPr>
                <w:r w:rsidRPr="002D6F32">
                  <w:rPr>
                    <w:rStyle w:val="Textedelespacerserv"/>
                  </w:rPr>
                  <w:t>Cliquez ici pour entrer du texte.</w:t>
                </w:r>
              </w:p>
            </w:sdtContent>
          </w:sdt>
        </w:tc>
        <w:tc>
          <w:tcPr>
            <w:tcW w:w="2387" w:type="dxa"/>
          </w:tcPr>
          <w:sdt>
            <w:sdt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id w:val="1153642248"/>
              <w:placeholder>
                <w:docPart w:val="1C48B9A23D884816BEC4A931DA5CA40B"/>
              </w:placeholder>
              <w:showingPlcHdr/>
              <w:text/>
            </w:sdtPr>
            <w:sdtEndPr/>
            <w:sdtContent>
              <w:p w:rsidR="00365947" w:rsidRPr="00B90116" w:rsidRDefault="00365947" w:rsidP="00365947">
                <w:pPr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</w:pPr>
                <w:r w:rsidRPr="00B90116">
                  <w:rPr>
                    <w:rStyle w:val="Textedelespacerserv"/>
                  </w:rPr>
                  <w:t>Cliquez ici pour entrer du texte.</w:t>
                </w:r>
              </w:p>
            </w:sdtContent>
          </w:sdt>
        </w:tc>
      </w:tr>
      <w:tr w:rsidR="00365947" w:rsidTr="00365947">
        <w:tc>
          <w:tcPr>
            <w:tcW w:w="2386" w:type="dxa"/>
          </w:tcPr>
          <w:sdt>
            <w:sdt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id w:val="1634442270"/>
              <w:placeholder>
                <w:docPart w:val="89F7A9583B724AFD80A3CD25109E1A01"/>
              </w:placeholder>
              <w:showingPlcHdr/>
              <w:text/>
            </w:sdtPr>
            <w:sdtEndPr/>
            <w:sdtContent>
              <w:p w:rsidR="00365947" w:rsidRPr="002D6F32" w:rsidRDefault="00365947" w:rsidP="00365947">
                <w:pPr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</w:pPr>
                <w:r w:rsidRPr="002D6F32">
                  <w:rPr>
                    <w:rStyle w:val="Textedelespacerserv"/>
                  </w:rPr>
                  <w:t>Cliquez ici pour entrer du texte.</w:t>
                </w:r>
              </w:p>
            </w:sdtContent>
          </w:sdt>
        </w:tc>
        <w:tc>
          <w:tcPr>
            <w:tcW w:w="2386" w:type="dxa"/>
          </w:tcPr>
          <w:sdt>
            <w:sdt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id w:val="2066837501"/>
              <w:placeholder>
                <w:docPart w:val="1103D32BD2B84CA0B7DBE9B20F21A9BC"/>
              </w:placeholder>
              <w:showingPlcHdr/>
              <w:text/>
            </w:sdtPr>
            <w:sdtEndPr/>
            <w:sdtContent>
              <w:p w:rsidR="00365947" w:rsidRPr="00B90116" w:rsidRDefault="00365947" w:rsidP="00365947">
                <w:pPr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</w:pPr>
                <w:r w:rsidRPr="00B90116">
                  <w:rPr>
                    <w:rStyle w:val="Textedelespacerserv"/>
                  </w:rPr>
                  <w:t>Cliquez ici pour entrer du texte.</w:t>
                </w:r>
              </w:p>
            </w:sdtContent>
          </w:sdt>
        </w:tc>
        <w:tc>
          <w:tcPr>
            <w:tcW w:w="2387" w:type="dxa"/>
          </w:tcPr>
          <w:sdt>
            <w:sdt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id w:val="1446041110"/>
              <w:placeholder>
                <w:docPart w:val="40987DD9CE9440E2B4A9EAC069A3D76A"/>
              </w:placeholder>
              <w:showingPlcHdr/>
              <w:text/>
            </w:sdtPr>
            <w:sdtEndPr/>
            <w:sdtContent>
              <w:p w:rsidR="00365947" w:rsidRPr="002D6F32" w:rsidRDefault="00365947" w:rsidP="00365947">
                <w:pPr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</w:pPr>
                <w:r w:rsidRPr="002D6F32">
                  <w:rPr>
                    <w:rStyle w:val="Textedelespacerserv"/>
                  </w:rPr>
                  <w:t>Cliquez ici pour entrer du texte.</w:t>
                </w:r>
              </w:p>
            </w:sdtContent>
          </w:sdt>
        </w:tc>
        <w:tc>
          <w:tcPr>
            <w:tcW w:w="2387" w:type="dxa"/>
          </w:tcPr>
          <w:sdt>
            <w:sdt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id w:val="2010092789"/>
              <w:placeholder>
                <w:docPart w:val="AE184EBE3A2F4F28B3CD7185435E76C0"/>
              </w:placeholder>
              <w:showingPlcHdr/>
              <w:text/>
            </w:sdtPr>
            <w:sdtEndPr/>
            <w:sdtContent>
              <w:p w:rsidR="00365947" w:rsidRPr="00B90116" w:rsidRDefault="00365947" w:rsidP="00365947">
                <w:pPr>
                  <w:rPr>
                    <w:rFonts w:ascii="Times New Roman" w:hAnsi="Times New Roman" w:cs="Times New Roman"/>
                    <w:color w:val="000000" w:themeColor="text1"/>
                    <w:sz w:val="28"/>
                    <w:szCs w:val="28"/>
                  </w:rPr>
                </w:pPr>
                <w:r w:rsidRPr="00B90116">
                  <w:rPr>
                    <w:rStyle w:val="Textedelespacerserv"/>
                  </w:rPr>
                  <w:t>Cliquez ici pour entrer du texte.</w:t>
                </w:r>
              </w:p>
            </w:sdtContent>
          </w:sdt>
        </w:tc>
      </w:tr>
    </w:tbl>
    <w:p w:rsidR="00365947" w:rsidRPr="00B217C7" w:rsidRDefault="00365947" w:rsidP="00A6349C">
      <w:pPr>
        <w:rPr>
          <w:rFonts w:ascii="Times New Roman" w:hAnsi="Times New Roman" w:cs="Times New Roman"/>
          <w:sz w:val="28"/>
          <w:szCs w:val="28"/>
        </w:rPr>
      </w:pPr>
    </w:p>
    <w:p w:rsidR="00365947" w:rsidRPr="00B217C7" w:rsidRDefault="00365947" w:rsidP="00365947">
      <w:pPr>
        <w:pStyle w:val="Titre2"/>
        <w:jc w:val="center"/>
        <w:rPr>
          <w:rFonts w:ascii="Times New Roman" w:hAnsi="Times New Roman" w:cs="Times New Roman"/>
          <w:color w:val="404040" w:themeColor="text1" w:themeTint="BF"/>
          <w:sz w:val="28"/>
          <w:szCs w:val="28"/>
        </w:rPr>
      </w:pPr>
      <w:proofErr w:type="spellStart"/>
      <w:r w:rsidRPr="00B217C7">
        <w:rPr>
          <w:rFonts w:ascii="Times New Roman" w:hAnsi="Times New Roman" w:cs="Times New Roman"/>
          <w:color w:val="404040" w:themeColor="text1" w:themeTint="BF"/>
          <w:sz w:val="28"/>
          <w:szCs w:val="28"/>
        </w:rPr>
        <w:t>Informations</w:t>
      </w:r>
      <w:proofErr w:type="spellEnd"/>
      <w:r w:rsidRPr="00B217C7">
        <w:rPr>
          <w:rFonts w:ascii="Times New Roman" w:hAnsi="Times New Roman" w:cs="Times New Roman"/>
          <w:color w:val="404040" w:themeColor="text1" w:themeTint="BF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404040" w:themeColor="text1" w:themeTint="BF"/>
          <w:sz w:val="28"/>
          <w:szCs w:val="28"/>
        </w:rPr>
        <w:t>bibliographiques</w:t>
      </w:r>
      <w:proofErr w:type="spellEnd"/>
    </w:p>
    <w:p w:rsidR="00A6349C" w:rsidRPr="00B217C7" w:rsidRDefault="00A6349C" w:rsidP="00A6349C">
      <w:pPr>
        <w:rPr>
          <w:rFonts w:ascii="Times New Roman" w:hAnsi="Times New Roman" w:cs="Times New Roman"/>
          <w:sz w:val="28"/>
          <w:szCs w:val="28"/>
        </w:rPr>
      </w:pPr>
    </w:p>
    <w:p w:rsidR="007D5AE3" w:rsidRDefault="007D5AE3" w:rsidP="007D5AE3">
      <w:pPr>
        <w:rPr>
          <w:rFonts w:ascii="Times New Roman" w:hAnsi="Times New Roman" w:cs="Times New Roman"/>
          <w:sz w:val="28"/>
          <w:szCs w:val="28"/>
        </w:rPr>
      </w:pPr>
      <w:r w:rsidRPr="00B217C7">
        <w:rPr>
          <w:rFonts w:ascii="Times New Roman" w:hAnsi="Times New Roman" w:cs="Times New Roman"/>
          <w:sz w:val="28"/>
          <w:szCs w:val="28"/>
        </w:rPr>
        <w:t>Discipline</w:t>
      </w:r>
      <w:r>
        <w:rPr>
          <w:rFonts w:ascii="Times New Roman" w:hAnsi="Times New Roman" w:cs="Times New Roman"/>
          <w:sz w:val="28"/>
          <w:szCs w:val="28"/>
        </w:rPr>
        <w:t>s</w:t>
      </w:r>
      <w:r w:rsidRPr="00B217C7">
        <w:rPr>
          <w:rFonts w:ascii="Times New Roman" w:hAnsi="Times New Roman" w:cs="Times New Roman"/>
          <w:sz w:val="28"/>
          <w:szCs w:val="28"/>
        </w:rPr>
        <w:t xml:space="preserve"> / </w:t>
      </w:r>
      <w:proofErr w:type="spellStart"/>
      <w:r w:rsidRPr="00B217C7">
        <w:rPr>
          <w:rFonts w:ascii="Times New Roman" w:hAnsi="Times New Roman" w:cs="Times New Roman"/>
          <w:sz w:val="28"/>
          <w:szCs w:val="28"/>
        </w:rPr>
        <w:t>Domaine</w:t>
      </w:r>
      <w:proofErr w:type="spellEnd"/>
      <w:r w:rsidRPr="00B217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B217C7">
        <w:rPr>
          <w:rFonts w:ascii="Times New Roman" w:hAnsi="Times New Roman" w:cs="Times New Roman"/>
          <w:sz w:val="28"/>
          <w:szCs w:val="28"/>
        </w:rPr>
        <w:t>scientifique</w:t>
      </w:r>
      <w:r>
        <w:rPr>
          <w:rFonts w:ascii="Times New Roman" w:hAnsi="Times New Roman" w:cs="Times New Roman"/>
          <w:sz w:val="28"/>
          <w:szCs w:val="28"/>
        </w:rPr>
        <w:t>s</w:t>
      </w:r>
      <w:proofErr w:type="spellEnd"/>
      <w:r w:rsidRPr="00B217C7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</w:p>
    <w:sdt>
      <w:sdtPr>
        <w:rPr>
          <w:rFonts w:ascii="Times New Roman" w:hAnsi="Times New Roman" w:cs="Times New Roman"/>
          <w:sz w:val="28"/>
          <w:szCs w:val="28"/>
        </w:rPr>
        <w:id w:val="-1958402800"/>
        <w:placeholder>
          <w:docPart w:val="04D6CC525D564DDAAB310E765254E62D"/>
        </w:placeholder>
        <w:showingPlcHdr/>
        <w:text/>
      </w:sdtPr>
      <w:sdtEndPr/>
      <w:sdtContent>
        <w:p w:rsidR="007D5AE3" w:rsidRPr="007D5AE3" w:rsidRDefault="007D5AE3" w:rsidP="00365947">
          <w:pPr>
            <w:rPr>
              <w:rFonts w:ascii="Times New Roman" w:hAnsi="Times New Roman" w:cs="Times New Roman"/>
              <w:sz w:val="28"/>
              <w:szCs w:val="28"/>
            </w:rPr>
          </w:pPr>
          <w:r w:rsidRPr="00EE590F">
            <w:rPr>
              <w:rStyle w:val="Textedelespacerserv"/>
            </w:rPr>
            <w:t>Cliquez ici pour entrer du texte.</w:t>
          </w:r>
        </w:p>
      </w:sdtContent>
    </w:sdt>
    <w:p w:rsidR="007D5AE3" w:rsidRDefault="007D5AE3" w:rsidP="007D5AE3">
      <w:pPr>
        <w:rPr>
          <w:rFonts w:ascii="Times New Roman" w:hAnsi="Times New Roman" w:cs="Times New Roman"/>
          <w:sz w:val="28"/>
          <w:szCs w:val="28"/>
        </w:rPr>
      </w:pPr>
      <w:r w:rsidRPr="00B217C7">
        <w:rPr>
          <w:rFonts w:ascii="Times New Roman" w:hAnsi="Times New Roman" w:cs="Times New Roman"/>
          <w:sz w:val="28"/>
          <w:szCs w:val="28"/>
        </w:rPr>
        <w:t xml:space="preserve">Langue du </w:t>
      </w:r>
      <w:proofErr w:type="gramStart"/>
      <w:r w:rsidRPr="00B217C7">
        <w:rPr>
          <w:rFonts w:ascii="Times New Roman" w:hAnsi="Times New Roman" w:cs="Times New Roman"/>
          <w:sz w:val="28"/>
          <w:szCs w:val="28"/>
        </w:rPr>
        <w:t>document :</w:t>
      </w:r>
      <w:proofErr w:type="gramEnd"/>
    </w:p>
    <w:sdt>
      <w:sdtPr>
        <w:rPr>
          <w:rFonts w:ascii="Times New Roman" w:hAnsi="Times New Roman" w:cs="Times New Roman"/>
          <w:sz w:val="28"/>
          <w:szCs w:val="28"/>
        </w:rPr>
        <w:id w:val="1355304059"/>
        <w:placeholder>
          <w:docPart w:val="86974AB504CB4489AA07B8092512DDEF"/>
        </w:placeholder>
        <w:showingPlcHdr/>
        <w:text/>
      </w:sdtPr>
      <w:sdtEndPr/>
      <w:sdtContent>
        <w:p w:rsidR="007D5AE3" w:rsidRPr="00B217C7" w:rsidRDefault="007D5AE3" w:rsidP="007D5AE3">
          <w:pPr>
            <w:rPr>
              <w:rFonts w:ascii="Times New Roman" w:hAnsi="Times New Roman" w:cs="Times New Roman"/>
              <w:sz w:val="28"/>
              <w:szCs w:val="28"/>
            </w:rPr>
          </w:pPr>
          <w:r w:rsidRPr="00EE590F">
            <w:rPr>
              <w:rStyle w:val="Textedelespacerserv"/>
            </w:rPr>
            <w:t>Cliquez ici pour entrer du texte.</w:t>
          </w:r>
        </w:p>
      </w:sdtContent>
    </w:sdt>
    <w:p w:rsidR="007D5AE3" w:rsidRDefault="007D5AE3" w:rsidP="007D5AE3">
      <w:pPr>
        <w:rPr>
          <w:rFonts w:ascii="Times New Roman" w:hAnsi="Times New Roman" w:cs="Times New Roman"/>
          <w:sz w:val="28"/>
          <w:szCs w:val="28"/>
        </w:rPr>
      </w:pPr>
      <w:r w:rsidRPr="00B217C7">
        <w:rPr>
          <w:rFonts w:ascii="Times New Roman" w:hAnsi="Times New Roman" w:cs="Times New Roman"/>
          <w:sz w:val="28"/>
          <w:szCs w:val="28"/>
        </w:rPr>
        <w:t xml:space="preserve">Type de </w:t>
      </w:r>
      <w:proofErr w:type="gramStart"/>
      <w:r w:rsidRPr="00B217C7">
        <w:rPr>
          <w:rFonts w:ascii="Times New Roman" w:hAnsi="Times New Roman" w:cs="Times New Roman"/>
          <w:sz w:val="28"/>
          <w:szCs w:val="28"/>
        </w:rPr>
        <w:t>document :</w:t>
      </w:r>
      <w:proofErr w:type="gramEnd"/>
      <w:r w:rsidRPr="00B217C7">
        <w:rPr>
          <w:rFonts w:ascii="Times New Roman" w:hAnsi="Times New Roman" w:cs="Times New Roman"/>
          <w:sz w:val="28"/>
          <w:szCs w:val="28"/>
        </w:rPr>
        <w:t xml:space="preserve"> </w:t>
      </w:r>
      <w:sdt>
        <w:sdtPr>
          <w:rPr>
            <w:rFonts w:ascii="Times New Roman" w:hAnsi="Times New Roman" w:cs="Times New Roman"/>
            <w:sz w:val="28"/>
            <w:szCs w:val="28"/>
          </w:rPr>
          <w:id w:val="1390152267"/>
          <w:placeholder>
            <w:docPart w:val="DefaultPlaceholder_1081868575"/>
          </w:placeholder>
          <w:showingPlcHdr/>
          <w15:color w:val="000000"/>
          <w:comboBox>
            <w:listItem w:value="Choisissez un élément."/>
            <w:listItem w:displayText="Article de recherche" w:value="Article de recherche"/>
            <w:listItem w:displayText="Ouvrage" w:value="Ouvrage"/>
            <w:listItem w:displayText="Contribution d'ouvrage" w:value="Contribution d'ouvrage"/>
            <w:listItem w:displayText="Rapport" w:value="Rapport"/>
            <w:listItem w:displayText="Thèse" w:value="Thèse"/>
            <w:listItem w:displayText="Mémoire" w:value="Mémoire"/>
          </w:comboBox>
        </w:sdtPr>
        <w:sdtEndPr/>
        <w:sdtContent>
          <w:r w:rsidR="00FC501B" w:rsidRPr="002E1D82">
            <w:rPr>
              <w:rStyle w:val="Textedelespacerserv"/>
            </w:rPr>
            <w:t>Choisissez un élément.</w:t>
          </w:r>
        </w:sdtContent>
      </w:sdt>
    </w:p>
    <w:p w:rsidR="00365947" w:rsidRDefault="00365947" w:rsidP="00FC501B">
      <w:pPr>
        <w:tabs>
          <w:tab w:val="left" w:pos="6540"/>
        </w:tabs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B217C7">
        <w:rPr>
          <w:rFonts w:ascii="Times New Roman" w:hAnsi="Times New Roman" w:cs="Times New Roman"/>
          <w:color w:val="000000" w:themeColor="text1"/>
          <w:sz w:val="28"/>
          <w:szCs w:val="28"/>
        </w:rPr>
        <w:t>Titre</w:t>
      </w:r>
      <w:proofErr w:type="spellEnd"/>
      <w:r w:rsidRPr="00B217C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de </w:t>
      </w:r>
      <w:proofErr w:type="spellStart"/>
      <w:proofErr w:type="gram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l’oeuvre</w:t>
      </w:r>
      <w:proofErr w:type="spellEnd"/>
      <w:r w:rsidRPr="00B217C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:</w:t>
      </w:r>
      <w:proofErr w:type="gramEnd"/>
      <w:r w:rsidR="00FC501B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</w:p>
    <w:p w:rsidR="00A6349C" w:rsidRDefault="0028060E" w:rsidP="00365947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sdt>
        <w:sdtPr>
          <w:rPr>
            <w:rFonts w:ascii="Times New Roman" w:hAnsi="Times New Roman" w:cs="Times New Roman"/>
            <w:color w:val="000000" w:themeColor="text1"/>
            <w:sz w:val="28"/>
            <w:szCs w:val="28"/>
          </w:rPr>
          <w:id w:val="-1255127814"/>
          <w:placeholder>
            <w:docPart w:val="BEE41E3A9B69457E856237D198E7D37F"/>
          </w:placeholder>
          <w:showingPlcHdr/>
          <w:text/>
        </w:sdtPr>
        <w:sdtEndPr/>
        <w:sdtContent>
          <w:r w:rsidR="00365947" w:rsidRPr="00EE590F">
            <w:rPr>
              <w:rStyle w:val="Textedelespacerserv"/>
            </w:rPr>
            <w:t>Cliquez ici pour entrer du texte.</w:t>
          </w:r>
        </w:sdtContent>
      </w:sdt>
    </w:p>
    <w:p w:rsidR="0025753F" w:rsidRDefault="00D2594B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217C7">
        <w:rPr>
          <w:rFonts w:ascii="Times New Roman" w:hAnsi="Times New Roman" w:cs="Times New Roman"/>
          <w:color w:val="000000" w:themeColor="text1"/>
          <w:sz w:val="28"/>
          <w:szCs w:val="28"/>
        </w:rPr>
        <w:t>Journal / Revue / Conférence (si publié</w:t>
      </w:r>
      <w:proofErr w:type="gramStart"/>
      <w:r w:rsidRPr="00B217C7">
        <w:rPr>
          <w:rFonts w:ascii="Times New Roman" w:hAnsi="Times New Roman" w:cs="Times New Roman"/>
          <w:color w:val="000000" w:themeColor="text1"/>
          <w:sz w:val="28"/>
          <w:szCs w:val="28"/>
        </w:rPr>
        <w:t>) :</w:t>
      </w:r>
      <w:proofErr w:type="gramEnd"/>
    </w:p>
    <w:sdt>
      <w:sdtPr>
        <w:rPr>
          <w:rFonts w:ascii="Times New Roman" w:hAnsi="Times New Roman" w:cs="Times New Roman"/>
          <w:color w:val="000000" w:themeColor="text1"/>
          <w:sz w:val="28"/>
          <w:szCs w:val="28"/>
        </w:rPr>
        <w:id w:val="-1349797834"/>
        <w:placeholder>
          <w:docPart w:val="DefaultPlaceholder_1081868574"/>
        </w:placeholder>
        <w:showingPlcHdr/>
        <w:text/>
      </w:sdtPr>
      <w:sdtEndPr/>
      <w:sdtContent>
        <w:p w:rsidR="00A6349C" w:rsidRDefault="00A6349C">
          <w:pPr>
            <w:rPr>
              <w:rFonts w:ascii="Times New Roman" w:hAnsi="Times New Roman" w:cs="Times New Roman"/>
              <w:color w:val="000000" w:themeColor="text1"/>
              <w:sz w:val="28"/>
              <w:szCs w:val="28"/>
            </w:rPr>
          </w:pPr>
          <w:r w:rsidRPr="00EE590F">
            <w:rPr>
              <w:rStyle w:val="Textedelespacerserv"/>
            </w:rPr>
            <w:t>Cliquez ici pour entrer du texte.</w:t>
          </w:r>
        </w:p>
      </w:sdtContent>
    </w:sdt>
    <w:p w:rsidR="00FC501B" w:rsidRPr="00B217C7" w:rsidRDefault="00FC501B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Style w:val="TableauGrille6Couleur"/>
        <w:tblW w:w="0" w:type="auto"/>
        <w:tblLook w:val="04A0" w:firstRow="1" w:lastRow="0" w:firstColumn="1" w:lastColumn="0" w:noHBand="0" w:noVBand="1"/>
      </w:tblPr>
      <w:tblGrid>
        <w:gridCol w:w="1809"/>
        <w:gridCol w:w="3003"/>
        <w:gridCol w:w="2405"/>
        <w:gridCol w:w="2405"/>
      </w:tblGrid>
      <w:tr w:rsidR="00B217C7" w:rsidRPr="00B217C7" w:rsidTr="007D5A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:rsidR="00B217C7" w:rsidRPr="00A861F0" w:rsidRDefault="00B217C7" w:rsidP="00B217C7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A861F0">
              <w:rPr>
                <w:rFonts w:ascii="Times New Roman" w:hAnsi="Times New Roman" w:cs="Times New Roman"/>
                <w:b w:val="0"/>
                <w:sz w:val="28"/>
                <w:szCs w:val="28"/>
              </w:rPr>
              <w:t>Numéro</w:t>
            </w:r>
            <w:proofErr w:type="spellEnd"/>
            <w:r w:rsidRPr="00A861F0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:</w:t>
            </w: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1219247955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3003" w:type="dxa"/>
              </w:tcPr>
              <w:p w:rsidR="00B217C7" w:rsidRPr="00A861F0" w:rsidRDefault="00A6349C" w:rsidP="00B217C7">
                <w:pPr>
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A861F0">
                  <w:rPr>
                    <w:rStyle w:val="Textedelespacerserv"/>
                    <w:sz w:val="28"/>
                    <w:szCs w:val="28"/>
                  </w:rPr>
                  <w:t>Cliquez ici pour entrer du texte.</w:t>
                </w:r>
              </w:p>
            </w:tc>
          </w:sdtContent>
        </w:sdt>
        <w:tc>
          <w:tcPr>
            <w:tcW w:w="2405" w:type="dxa"/>
          </w:tcPr>
          <w:p w:rsidR="00B217C7" w:rsidRPr="00A861F0" w:rsidRDefault="00B217C7" w:rsidP="00B217C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A861F0">
              <w:rPr>
                <w:rFonts w:ascii="Times New Roman" w:hAnsi="Times New Roman" w:cs="Times New Roman"/>
                <w:b w:val="0"/>
                <w:sz w:val="28"/>
                <w:szCs w:val="28"/>
              </w:rPr>
              <w:t>ISSN (</w:t>
            </w:r>
            <w:proofErr w:type="spellStart"/>
            <w:r w:rsidRPr="00A861F0">
              <w:rPr>
                <w:rFonts w:ascii="Times New Roman" w:hAnsi="Times New Roman" w:cs="Times New Roman"/>
                <w:b w:val="0"/>
                <w:sz w:val="28"/>
                <w:szCs w:val="28"/>
              </w:rPr>
              <w:t>imprimé</w:t>
            </w:r>
            <w:proofErr w:type="spellEnd"/>
            <w:r w:rsidRPr="00A861F0">
              <w:rPr>
                <w:rFonts w:ascii="Times New Roman" w:hAnsi="Times New Roman" w:cs="Times New Roman"/>
                <w:b w:val="0"/>
                <w:sz w:val="28"/>
                <w:szCs w:val="28"/>
              </w:rPr>
              <w:t>) :</w:t>
            </w: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-1871447814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2405" w:type="dxa"/>
              </w:tcPr>
              <w:p w:rsidR="00B217C7" w:rsidRPr="00A861F0" w:rsidRDefault="00A6349C" w:rsidP="00B217C7">
                <w:pPr>
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A861F0">
                  <w:rPr>
                    <w:rStyle w:val="Textedelespacerserv"/>
                    <w:sz w:val="28"/>
                    <w:szCs w:val="28"/>
                  </w:rPr>
                  <w:t>Cliquez ici pour entrer du texte.</w:t>
                </w:r>
              </w:p>
            </w:tc>
          </w:sdtContent>
        </w:sdt>
      </w:tr>
      <w:tr w:rsidR="00B217C7" w:rsidRPr="00B217C7" w:rsidTr="007D5A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:rsidR="00B217C7" w:rsidRPr="00A861F0" w:rsidRDefault="00B217C7" w:rsidP="00B217C7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A861F0">
              <w:rPr>
                <w:rFonts w:ascii="Times New Roman" w:hAnsi="Times New Roman" w:cs="Times New Roman"/>
                <w:b w:val="0"/>
                <w:sz w:val="28"/>
                <w:szCs w:val="28"/>
              </w:rPr>
              <w:t>Page(s) :</w:t>
            </w: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-1788426706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3003" w:type="dxa"/>
              </w:tcPr>
              <w:p w:rsidR="00B217C7" w:rsidRPr="00A861F0" w:rsidRDefault="00A6349C" w:rsidP="00B217C7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A861F0">
                  <w:rPr>
                    <w:rStyle w:val="Textedelespacerserv"/>
                    <w:sz w:val="28"/>
                    <w:szCs w:val="28"/>
                  </w:rPr>
                  <w:t>Cliquez ici pour entrer du texte.</w:t>
                </w:r>
              </w:p>
            </w:tc>
          </w:sdtContent>
        </w:sdt>
        <w:tc>
          <w:tcPr>
            <w:tcW w:w="2405" w:type="dxa"/>
          </w:tcPr>
          <w:p w:rsidR="00B217C7" w:rsidRPr="00A861F0" w:rsidRDefault="00B217C7" w:rsidP="00B217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A861F0">
              <w:rPr>
                <w:rFonts w:ascii="Times New Roman" w:hAnsi="Times New Roman" w:cs="Times New Roman"/>
                <w:sz w:val="28"/>
                <w:szCs w:val="28"/>
              </w:rPr>
              <w:t xml:space="preserve">ISSN (en </w:t>
            </w:r>
            <w:proofErr w:type="spellStart"/>
            <w:r w:rsidRPr="00A861F0">
              <w:rPr>
                <w:rFonts w:ascii="Times New Roman" w:hAnsi="Times New Roman" w:cs="Times New Roman"/>
                <w:sz w:val="28"/>
                <w:szCs w:val="28"/>
              </w:rPr>
              <w:t>ligne</w:t>
            </w:r>
            <w:proofErr w:type="spellEnd"/>
            <w:r w:rsidRPr="00A861F0">
              <w:rPr>
                <w:rFonts w:ascii="Times New Roman" w:hAnsi="Times New Roman" w:cs="Times New Roman"/>
                <w:sz w:val="28"/>
                <w:szCs w:val="28"/>
              </w:rPr>
              <w:t>) :</w:t>
            </w: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-327832623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2405" w:type="dxa"/>
              </w:tcPr>
              <w:p w:rsidR="00B217C7" w:rsidRPr="00A861F0" w:rsidRDefault="00A6349C" w:rsidP="00B217C7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A861F0">
                  <w:rPr>
                    <w:rStyle w:val="Textedelespacerserv"/>
                    <w:sz w:val="28"/>
                    <w:szCs w:val="28"/>
                  </w:rPr>
                  <w:t>Cliquez ici pour entrer du texte.</w:t>
                </w:r>
              </w:p>
            </w:tc>
          </w:sdtContent>
        </w:sdt>
      </w:tr>
      <w:tr w:rsidR="00B217C7" w:rsidRPr="00B217C7" w:rsidTr="007D5A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:rsidR="00B217C7" w:rsidRPr="00A861F0" w:rsidRDefault="00B217C7" w:rsidP="00B217C7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A861F0">
              <w:rPr>
                <w:rFonts w:ascii="Times New Roman" w:hAnsi="Times New Roman" w:cs="Times New Roman"/>
                <w:b w:val="0"/>
                <w:sz w:val="28"/>
                <w:szCs w:val="28"/>
              </w:rPr>
              <w:t>Date de publication :</w:t>
            </w: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1045951705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3003" w:type="dxa"/>
              </w:tcPr>
              <w:p w:rsidR="00B217C7" w:rsidRPr="00A861F0" w:rsidRDefault="00A6349C" w:rsidP="00B217C7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A861F0">
                  <w:rPr>
                    <w:rStyle w:val="Textedelespacerserv"/>
                    <w:sz w:val="28"/>
                    <w:szCs w:val="28"/>
                  </w:rPr>
                  <w:t>Cliquez ici pour entrer du texte.</w:t>
                </w:r>
              </w:p>
            </w:tc>
          </w:sdtContent>
        </w:sdt>
        <w:tc>
          <w:tcPr>
            <w:tcW w:w="2405" w:type="dxa"/>
          </w:tcPr>
          <w:p w:rsidR="00B217C7" w:rsidRPr="00A861F0" w:rsidRDefault="00B217C7" w:rsidP="00B217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A861F0">
              <w:rPr>
                <w:rFonts w:ascii="Times New Roman" w:hAnsi="Times New Roman" w:cs="Times New Roman"/>
                <w:sz w:val="28"/>
                <w:szCs w:val="28"/>
              </w:rPr>
              <w:t>DOI (</w:t>
            </w:r>
            <w:proofErr w:type="spellStart"/>
            <w:r w:rsidRPr="00A861F0">
              <w:rPr>
                <w:rFonts w:ascii="Times New Roman" w:hAnsi="Times New Roman" w:cs="Times New Roman"/>
                <w:sz w:val="28"/>
                <w:szCs w:val="28"/>
              </w:rPr>
              <w:t>si</w:t>
            </w:r>
            <w:proofErr w:type="spellEnd"/>
            <w:r w:rsidRPr="00A861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861F0">
              <w:rPr>
                <w:rFonts w:ascii="Times New Roman" w:hAnsi="Times New Roman" w:cs="Times New Roman"/>
                <w:sz w:val="28"/>
                <w:szCs w:val="28"/>
              </w:rPr>
              <w:t>disponible</w:t>
            </w:r>
            <w:proofErr w:type="spellEnd"/>
            <w:r w:rsidRPr="00A861F0">
              <w:rPr>
                <w:rFonts w:ascii="Times New Roman" w:hAnsi="Times New Roman" w:cs="Times New Roman"/>
                <w:sz w:val="28"/>
                <w:szCs w:val="28"/>
              </w:rPr>
              <w:t>) :</w:t>
            </w: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-550459311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2405" w:type="dxa"/>
              </w:tcPr>
              <w:p w:rsidR="00B217C7" w:rsidRPr="00A861F0" w:rsidRDefault="00A6349C" w:rsidP="00B217C7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A861F0">
                  <w:rPr>
                    <w:rStyle w:val="Textedelespacerserv"/>
                    <w:sz w:val="28"/>
                    <w:szCs w:val="28"/>
                  </w:rPr>
                  <w:t>Cliquez ici pour entrer du texte.</w:t>
                </w:r>
              </w:p>
            </w:tc>
          </w:sdtContent>
        </w:sdt>
      </w:tr>
      <w:tr w:rsidR="00C804C9" w:rsidRPr="00B217C7" w:rsidTr="007D5A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:rsidR="00C804C9" w:rsidRPr="00A861F0" w:rsidRDefault="007D5AE3" w:rsidP="00B217C7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A861F0">
              <w:rPr>
                <w:rFonts w:ascii="Times New Roman" w:hAnsi="Times New Roman" w:cs="Times New Roman"/>
                <w:b w:val="0"/>
                <w:sz w:val="28"/>
                <w:szCs w:val="28"/>
              </w:rPr>
              <w:t>Maison</w:t>
            </w:r>
            <w:proofErr w:type="spellEnd"/>
            <w:r w:rsidRPr="00A861F0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de publication :</w:t>
            </w: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1816224481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3003" w:type="dxa"/>
              </w:tcPr>
              <w:p w:rsidR="00C804C9" w:rsidRPr="00A861F0" w:rsidRDefault="007D5AE3" w:rsidP="00B217C7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A861F0">
                  <w:rPr>
                    <w:rStyle w:val="Textedelespacerserv"/>
                    <w:sz w:val="28"/>
                    <w:szCs w:val="28"/>
                  </w:rPr>
                  <w:t>Cliquez ici pour entrer du texte.</w:t>
                </w:r>
              </w:p>
            </w:tc>
          </w:sdtContent>
        </w:sdt>
        <w:tc>
          <w:tcPr>
            <w:tcW w:w="2405" w:type="dxa"/>
          </w:tcPr>
          <w:p w:rsidR="00C804C9" w:rsidRPr="00A861F0" w:rsidRDefault="00C804C9" w:rsidP="00B217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A861F0">
              <w:rPr>
                <w:rFonts w:ascii="Times New Roman" w:hAnsi="Times New Roman" w:cs="Times New Roman"/>
                <w:sz w:val="28"/>
                <w:szCs w:val="28"/>
              </w:rPr>
              <w:t>ISBN :</w:t>
            </w: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-1559003222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2405" w:type="dxa"/>
              </w:tcPr>
              <w:p w:rsidR="00C804C9" w:rsidRPr="00A861F0" w:rsidRDefault="007D5AE3" w:rsidP="00B217C7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A861F0">
                  <w:rPr>
                    <w:rStyle w:val="Textedelespacerserv"/>
                    <w:sz w:val="28"/>
                    <w:szCs w:val="28"/>
                  </w:rPr>
                  <w:t>Cliquez ici pour entrer du texte.</w:t>
                </w:r>
              </w:p>
            </w:tc>
          </w:sdtContent>
        </w:sdt>
      </w:tr>
      <w:tr w:rsidR="00C804C9" w:rsidRPr="00B217C7" w:rsidTr="007D5A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:rsidR="00C804C9" w:rsidRPr="00A861F0" w:rsidRDefault="00C804C9" w:rsidP="00B217C7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A861F0">
              <w:rPr>
                <w:rFonts w:ascii="Times New Roman" w:hAnsi="Times New Roman" w:cs="Times New Roman"/>
                <w:b w:val="0"/>
                <w:sz w:val="28"/>
                <w:szCs w:val="28"/>
              </w:rPr>
              <w:t>Nom de la collection :</w:t>
            </w: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202920078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3003" w:type="dxa"/>
              </w:tcPr>
              <w:p w:rsidR="00C804C9" w:rsidRPr="00A861F0" w:rsidRDefault="007D5AE3" w:rsidP="00B217C7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A861F0">
                  <w:rPr>
                    <w:rStyle w:val="Textedelespacerserv"/>
                    <w:sz w:val="28"/>
                    <w:szCs w:val="28"/>
                  </w:rPr>
                  <w:t>Cliquez ici pour entrer du texte.</w:t>
                </w:r>
              </w:p>
            </w:tc>
          </w:sdtContent>
        </w:sdt>
        <w:tc>
          <w:tcPr>
            <w:tcW w:w="2405" w:type="dxa"/>
          </w:tcPr>
          <w:p w:rsidR="00C804C9" w:rsidRPr="00A861F0" w:rsidRDefault="00642B24" w:rsidP="00B217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861F0">
              <w:rPr>
                <w:rFonts w:ascii="Times New Roman" w:hAnsi="Times New Roman" w:cs="Times New Roman"/>
                <w:sz w:val="28"/>
                <w:szCs w:val="28"/>
              </w:rPr>
              <w:t>Organisation</w:t>
            </w:r>
            <w:proofErr w:type="spellEnd"/>
            <w:r w:rsidRPr="00A861F0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-1116904645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2405" w:type="dxa"/>
              </w:tcPr>
              <w:p w:rsidR="00C804C9" w:rsidRPr="00A861F0" w:rsidRDefault="007D5AE3" w:rsidP="00B217C7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A861F0">
                  <w:rPr>
                    <w:rStyle w:val="Textedelespacerserv"/>
                    <w:sz w:val="28"/>
                    <w:szCs w:val="28"/>
                  </w:rPr>
                  <w:t>Cliquez ici pour entrer du texte.</w:t>
                </w:r>
              </w:p>
            </w:tc>
          </w:sdtContent>
        </w:sdt>
      </w:tr>
      <w:tr w:rsidR="00C804C9" w:rsidRPr="00B217C7" w:rsidTr="007D5A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</w:tcPr>
          <w:p w:rsidR="00C804C9" w:rsidRPr="00A861F0" w:rsidRDefault="00C804C9" w:rsidP="00B217C7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A861F0">
              <w:rPr>
                <w:rFonts w:ascii="Times New Roman" w:hAnsi="Times New Roman" w:cs="Times New Roman"/>
                <w:b w:val="0"/>
                <w:sz w:val="28"/>
                <w:szCs w:val="28"/>
              </w:rPr>
              <w:t>Editeur</w:t>
            </w:r>
            <w:proofErr w:type="spellEnd"/>
            <w:r w:rsidRPr="00A861F0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:</w:t>
            </w: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876285750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3003" w:type="dxa"/>
              </w:tcPr>
              <w:p w:rsidR="00C804C9" w:rsidRPr="00A861F0" w:rsidRDefault="007D5AE3" w:rsidP="00B217C7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A861F0">
                  <w:rPr>
                    <w:rStyle w:val="Textedelespacerserv"/>
                    <w:sz w:val="28"/>
                    <w:szCs w:val="28"/>
                  </w:rPr>
                  <w:t>Cliquez ici pour entrer du texte.</w:t>
                </w:r>
              </w:p>
            </w:tc>
          </w:sdtContent>
        </w:sdt>
        <w:tc>
          <w:tcPr>
            <w:tcW w:w="2405" w:type="dxa"/>
          </w:tcPr>
          <w:p w:rsidR="00C804C9" w:rsidRPr="00A861F0" w:rsidRDefault="007D5AE3" w:rsidP="00B217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A861F0">
              <w:rPr>
                <w:rFonts w:ascii="Times New Roman" w:hAnsi="Times New Roman" w:cs="Times New Roman"/>
                <w:sz w:val="28"/>
                <w:szCs w:val="28"/>
              </w:rPr>
              <w:t>Tome :</w:t>
            </w:r>
          </w:p>
        </w:tc>
        <w:sdt>
          <w:sdtPr>
            <w:rPr>
              <w:rFonts w:ascii="Times New Roman" w:hAnsi="Times New Roman" w:cs="Times New Roman"/>
              <w:sz w:val="28"/>
              <w:szCs w:val="28"/>
            </w:rPr>
            <w:id w:val="-747806066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2405" w:type="dxa"/>
              </w:tcPr>
              <w:p w:rsidR="00C804C9" w:rsidRPr="00A861F0" w:rsidRDefault="007D5AE3" w:rsidP="00B217C7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 w:rsidRPr="00A861F0">
                  <w:rPr>
                    <w:rStyle w:val="Textedelespacerserv"/>
                    <w:sz w:val="28"/>
                    <w:szCs w:val="28"/>
                  </w:rPr>
                  <w:t>Cliquez ici pour entrer du texte.</w:t>
                </w:r>
              </w:p>
            </w:tc>
          </w:sdtContent>
        </w:sdt>
      </w:tr>
    </w:tbl>
    <w:p w:rsidR="00B217C7" w:rsidRPr="00B217C7" w:rsidRDefault="00B217C7">
      <w:pPr>
        <w:rPr>
          <w:rFonts w:ascii="Times New Roman" w:hAnsi="Times New Roman" w:cs="Times New Roman"/>
          <w:sz w:val="28"/>
          <w:szCs w:val="28"/>
        </w:rPr>
      </w:pPr>
    </w:p>
    <w:p w:rsidR="0025753F" w:rsidRPr="00B217C7" w:rsidRDefault="00D2594B" w:rsidP="00F57D75">
      <w:pPr>
        <w:pStyle w:val="Titre2"/>
        <w:jc w:val="center"/>
        <w:rPr>
          <w:rFonts w:ascii="Times New Roman" w:hAnsi="Times New Roman" w:cs="Times New Roman"/>
          <w:color w:val="404040" w:themeColor="text1" w:themeTint="BF"/>
          <w:sz w:val="28"/>
          <w:szCs w:val="28"/>
        </w:rPr>
      </w:pPr>
      <w:proofErr w:type="spellStart"/>
      <w:r w:rsidRPr="00B217C7">
        <w:rPr>
          <w:rFonts w:ascii="Times New Roman" w:hAnsi="Times New Roman" w:cs="Times New Roman"/>
          <w:color w:val="404040" w:themeColor="text1" w:themeTint="BF"/>
          <w:sz w:val="28"/>
          <w:szCs w:val="28"/>
        </w:rPr>
        <w:t>Informations</w:t>
      </w:r>
      <w:proofErr w:type="spellEnd"/>
      <w:r w:rsidRPr="00B217C7">
        <w:rPr>
          <w:rFonts w:ascii="Times New Roman" w:hAnsi="Times New Roman" w:cs="Times New Roman"/>
          <w:color w:val="404040" w:themeColor="text1" w:themeTint="BF"/>
          <w:sz w:val="28"/>
          <w:szCs w:val="28"/>
        </w:rPr>
        <w:t xml:space="preserve"> </w:t>
      </w:r>
      <w:proofErr w:type="spellStart"/>
      <w:r w:rsidRPr="00B217C7">
        <w:rPr>
          <w:rFonts w:ascii="Times New Roman" w:hAnsi="Times New Roman" w:cs="Times New Roman"/>
          <w:color w:val="404040" w:themeColor="text1" w:themeTint="BF"/>
          <w:sz w:val="28"/>
          <w:szCs w:val="28"/>
        </w:rPr>
        <w:t>complémentaires</w:t>
      </w:r>
      <w:proofErr w:type="spellEnd"/>
    </w:p>
    <w:p w:rsidR="00F57D75" w:rsidRPr="00B217C7" w:rsidRDefault="00F57D75" w:rsidP="00F57D75">
      <w:pPr>
        <w:rPr>
          <w:rFonts w:ascii="Times New Roman" w:hAnsi="Times New Roman" w:cs="Times New Roman"/>
          <w:sz w:val="28"/>
          <w:szCs w:val="28"/>
        </w:rPr>
      </w:pPr>
    </w:p>
    <w:p w:rsidR="0025753F" w:rsidRDefault="00D2594B" w:rsidP="00B217C7">
      <w:pPr>
        <w:jc w:val="center"/>
        <w:rPr>
          <w:rFonts w:ascii="Times New Roman" w:hAnsi="Times New Roman" w:cs="Times New Roman"/>
          <w:sz w:val="28"/>
          <w:szCs w:val="28"/>
        </w:rPr>
      </w:pPr>
      <w:r w:rsidRPr="00B217C7">
        <w:rPr>
          <w:rFonts w:ascii="Times New Roman" w:hAnsi="Times New Roman" w:cs="Times New Roman"/>
          <w:sz w:val="28"/>
          <w:szCs w:val="28"/>
        </w:rPr>
        <w:t>Résumé (Abstract</w:t>
      </w:r>
      <w:proofErr w:type="gramStart"/>
      <w:r w:rsidRPr="00B217C7">
        <w:rPr>
          <w:rFonts w:ascii="Times New Roman" w:hAnsi="Times New Roman" w:cs="Times New Roman"/>
          <w:sz w:val="28"/>
          <w:szCs w:val="28"/>
        </w:rPr>
        <w:t>) :</w:t>
      </w:r>
      <w:proofErr w:type="gramEnd"/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546"/>
      </w:tblGrid>
      <w:tr w:rsidR="00B217C7" w:rsidTr="00B217C7">
        <w:tc>
          <w:tcPr>
            <w:tcW w:w="9546" w:type="dxa"/>
          </w:tcPr>
          <w:sdt>
            <w:sdtPr>
              <w:rPr>
                <w:rFonts w:ascii="Times New Roman" w:hAnsi="Times New Roman" w:cs="Times New Roman"/>
                <w:sz w:val="28"/>
                <w:szCs w:val="28"/>
              </w:rPr>
              <w:id w:val="-2136466649"/>
              <w:placeholder>
                <w:docPart w:val="DefaultPlaceholder_1081868574"/>
              </w:placeholder>
            </w:sdtPr>
            <w:sdtEndPr/>
            <w:sdtContent>
              <w:p w:rsidR="00EA67DB" w:rsidRDefault="00EA67DB" w:rsidP="00EA67DB">
                <w:pPr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</w:p>
              <w:p w:rsidR="00EA67DB" w:rsidRDefault="00EA67DB" w:rsidP="00EA67DB">
                <w:pPr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</w:p>
              <w:p w:rsidR="00EA67DB" w:rsidRDefault="00EA67DB" w:rsidP="00EA67DB">
                <w:pPr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</w:p>
              <w:p w:rsidR="00EA67DB" w:rsidRDefault="00EA67DB" w:rsidP="00EA67DB">
                <w:pPr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</w:p>
              <w:p w:rsidR="00EA67DB" w:rsidRDefault="00EA67DB" w:rsidP="00EA67DB">
                <w:pPr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</w:p>
              <w:p w:rsidR="00EA67DB" w:rsidRDefault="00EA67DB" w:rsidP="00EA67DB">
                <w:pPr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</w:p>
              <w:p w:rsidR="00EA67DB" w:rsidRDefault="00EA67DB" w:rsidP="00EA67DB">
                <w:pPr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</w:p>
              <w:p w:rsidR="00EA67DB" w:rsidRDefault="00EA67DB" w:rsidP="00EA67DB">
                <w:pPr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</w:p>
              <w:p w:rsidR="00EA67DB" w:rsidRDefault="00EA67DB" w:rsidP="00EA67DB">
                <w:pPr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</w:p>
              <w:p w:rsidR="00EA67DB" w:rsidRDefault="00EA67DB" w:rsidP="00EA67DB">
                <w:pPr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</w:p>
              <w:p w:rsidR="00EA67DB" w:rsidRDefault="00EA67DB" w:rsidP="00EA67DB">
                <w:pPr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</w:p>
              <w:p w:rsidR="00EA67DB" w:rsidRDefault="00EA67DB" w:rsidP="00EA67DB">
                <w:pPr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</w:p>
              <w:p w:rsidR="00EA67DB" w:rsidRDefault="00EA67DB" w:rsidP="00EA67DB">
                <w:pPr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</w:p>
              <w:p w:rsidR="00EA67DB" w:rsidRDefault="00EA67DB" w:rsidP="00EA67DB">
                <w:pPr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</w:p>
              <w:p w:rsidR="00EA67DB" w:rsidRDefault="00EA67DB" w:rsidP="00EA67DB">
                <w:pPr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</w:p>
              <w:p w:rsidR="00B217C7" w:rsidRDefault="0028060E" w:rsidP="00EA67DB">
                <w:pPr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</w:p>
            </w:sdtContent>
          </w:sdt>
        </w:tc>
      </w:tr>
    </w:tbl>
    <w:p w:rsidR="002F7E5C" w:rsidRDefault="002F7E5C" w:rsidP="00B217C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217C7" w:rsidRDefault="00D2594B" w:rsidP="007D5AE3">
      <w:pPr>
        <w:rPr>
          <w:rFonts w:ascii="Times New Roman" w:hAnsi="Times New Roman" w:cs="Times New Roman"/>
          <w:sz w:val="28"/>
          <w:szCs w:val="28"/>
        </w:rPr>
      </w:pPr>
      <w:r w:rsidRPr="00B217C7">
        <w:rPr>
          <w:rFonts w:ascii="Times New Roman" w:hAnsi="Times New Roman" w:cs="Times New Roman"/>
          <w:sz w:val="28"/>
          <w:szCs w:val="28"/>
        </w:rPr>
        <w:t>Mots-</w:t>
      </w:r>
      <w:proofErr w:type="spellStart"/>
      <w:r w:rsidRPr="00B217C7">
        <w:rPr>
          <w:rFonts w:ascii="Times New Roman" w:hAnsi="Times New Roman" w:cs="Times New Roman"/>
          <w:sz w:val="28"/>
          <w:szCs w:val="28"/>
        </w:rPr>
        <w:t>clés</w:t>
      </w:r>
      <w:proofErr w:type="spellEnd"/>
      <w:r w:rsidRPr="00B217C7">
        <w:rPr>
          <w:rFonts w:ascii="Times New Roman" w:hAnsi="Times New Roman" w:cs="Times New Roman"/>
          <w:sz w:val="28"/>
          <w:szCs w:val="28"/>
        </w:rPr>
        <w:t xml:space="preserve"> (3 à 7</w:t>
      </w:r>
      <w:proofErr w:type="gramStart"/>
      <w:r w:rsidRPr="00B217C7">
        <w:rPr>
          <w:rFonts w:ascii="Times New Roman" w:hAnsi="Times New Roman" w:cs="Times New Roman"/>
          <w:sz w:val="28"/>
          <w:szCs w:val="28"/>
        </w:rPr>
        <w:t>) :</w:t>
      </w:r>
      <w:proofErr w:type="gramEnd"/>
    </w:p>
    <w:sdt>
      <w:sdtPr>
        <w:rPr>
          <w:rFonts w:ascii="Times New Roman" w:hAnsi="Times New Roman" w:cs="Times New Roman"/>
          <w:sz w:val="28"/>
          <w:szCs w:val="28"/>
        </w:rPr>
        <w:id w:val="1914348081"/>
        <w:placeholder>
          <w:docPart w:val="DefaultPlaceholder_1081868574"/>
        </w:placeholder>
        <w:showingPlcHdr/>
        <w:text/>
      </w:sdtPr>
      <w:sdtEndPr/>
      <w:sdtContent>
        <w:p w:rsidR="0025753F" w:rsidRPr="00B217C7" w:rsidRDefault="007D5AE3">
          <w:pPr>
            <w:rPr>
              <w:rFonts w:ascii="Times New Roman" w:hAnsi="Times New Roman" w:cs="Times New Roman"/>
              <w:sz w:val="28"/>
              <w:szCs w:val="28"/>
            </w:rPr>
          </w:pPr>
          <w:r w:rsidRPr="00EE590F">
            <w:rPr>
              <w:rStyle w:val="Textedelespacerserv"/>
            </w:rPr>
            <w:t>Cliquez ici pour entrer du texte.</w:t>
          </w:r>
        </w:p>
      </w:sdtContent>
    </w:sdt>
    <w:p w:rsidR="007D5AE3" w:rsidRDefault="007D5AE3" w:rsidP="00FC501B"/>
    <w:p w:rsidR="0025753F" w:rsidRPr="00B217C7" w:rsidRDefault="00D2594B" w:rsidP="00F57D75">
      <w:pPr>
        <w:pStyle w:val="Titre2"/>
        <w:jc w:val="center"/>
        <w:rPr>
          <w:rFonts w:ascii="Times New Roman" w:hAnsi="Times New Roman" w:cs="Times New Roman"/>
          <w:color w:val="404040" w:themeColor="text1" w:themeTint="BF"/>
          <w:sz w:val="28"/>
          <w:szCs w:val="28"/>
        </w:rPr>
      </w:pPr>
      <w:proofErr w:type="spellStart"/>
      <w:r w:rsidRPr="00B217C7">
        <w:rPr>
          <w:rFonts w:ascii="Times New Roman" w:hAnsi="Times New Roman" w:cs="Times New Roman"/>
          <w:color w:val="404040" w:themeColor="text1" w:themeTint="BF"/>
          <w:sz w:val="28"/>
          <w:szCs w:val="28"/>
        </w:rPr>
        <w:t>Informations</w:t>
      </w:r>
      <w:proofErr w:type="spellEnd"/>
      <w:r w:rsidRPr="00B217C7">
        <w:rPr>
          <w:rFonts w:ascii="Times New Roman" w:hAnsi="Times New Roman" w:cs="Times New Roman"/>
          <w:color w:val="404040" w:themeColor="text1" w:themeTint="BF"/>
          <w:sz w:val="28"/>
          <w:szCs w:val="28"/>
        </w:rPr>
        <w:t xml:space="preserve"> </w:t>
      </w:r>
      <w:proofErr w:type="spellStart"/>
      <w:r w:rsidRPr="00B217C7">
        <w:rPr>
          <w:rFonts w:ascii="Times New Roman" w:hAnsi="Times New Roman" w:cs="Times New Roman"/>
          <w:color w:val="404040" w:themeColor="text1" w:themeTint="BF"/>
          <w:sz w:val="28"/>
          <w:szCs w:val="28"/>
        </w:rPr>
        <w:t>sur</w:t>
      </w:r>
      <w:proofErr w:type="spellEnd"/>
      <w:r w:rsidRPr="00B217C7">
        <w:rPr>
          <w:rFonts w:ascii="Times New Roman" w:hAnsi="Times New Roman" w:cs="Times New Roman"/>
          <w:color w:val="404040" w:themeColor="text1" w:themeTint="BF"/>
          <w:sz w:val="28"/>
          <w:szCs w:val="28"/>
        </w:rPr>
        <w:t xml:space="preserve"> le </w:t>
      </w:r>
      <w:proofErr w:type="spellStart"/>
      <w:r w:rsidRPr="00B217C7">
        <w:rPr>
          <w:rFonts w:ascii="Times New Roman" w:hAnsi="Times New Roman" w:cs="Times New Roman"/>
          <w:color w:val="404040" w:themeColor="text1" w:themeTint="BF"/>
          <w:sz w:val="28"/>
          <w:szCs w:val="28"/>
        </w:rPr>
        <w:t>dépôt</w:t>
      </w:r>
      <w:proofErr w:type="spellEnd"/>
    </w:p>
    <w:p w:rsidR="00F57D75" w:rsidRPr="00B217C7" w:rsidRDefault="00F57D75" w:rsidP="00F57D75">
      <w:pPr>
        <w:rPr>
          <w:rFonts w:ascii="Times New Roman" w:hAnsi="Times New Roman" w:cs="Times New Roman"/>
          <w:sz w:val="28"/>
          <w:szCs w:val="28"/>
        </w:rPr>
      </w:pPr>
    </w:p>
    <w:p w:rsidR="0025753F" w:rsidRPr="00B217C7" w:rsidRDefault="00D2594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217C7">
        <w:rPr>
          <w:rFonts w:ascii="Times New Roman" w:hAnsi="Times New Roman" w:cs="Times New Roman"/>
          <w:sz w:val="28"/>
          <w:szCs w:val="28"/>
        </w:rPr>
        <w:t>Fichier</w:t>
      </w:r>
      <w:proofErr w:type="spellEnd"/>
      <w:r w:rsidRPr="00B217C7">
        <w:rPr>
          <w:rFonts w:ascii="Times New Roman" w:hAnsi="Times New Roman" w:cs="Times New Roman"/>
          <w:sz w:val="28"/>
          <w:szCs w:val="28"/>
        </w:rPr>
        <w:t xml:space="preserve"> joint (PDF de </w:t>
      </w:r>
      <w:proofErr w:type="spellStart"/>
      <w:r w:rsidRPr="00B217C7">
        <w:rPr>
          <w:rFonts w:ascii="Times New Roman" w:hAnsi="Times New Roman" w:cs="Times New Roman"/>
          <w:sz w:val="28"/>
          <w:szCs w:val="28"/>
        </w:rPr>
        <w:t>l’article</w:t>
      </w:r>
      <w:proofErr w:type="spellEnd"/>
      <w:r w:rsidRPr="00B217C7">
        <w:rPr>
          <w:rFonts w:ascii="Times New Roman" w:hAnsi="Times New Roman" w:cs="Times New Roman"/>
          <w:sz w:val="28"/>
          <w:szCs w:val="28"/>
        </w:rPr>
        <w:t xml:space="preserve"> / travail</w:t>
      </w:r>
      <w:proofErr w:type="gramStart"/>
      <w:r w:rsidRPr="00B217C7">
        <w:rPr>
          <w:rFonts w:ascii="Times New Roman" w:hAnsi="Times New Roman" w:cs="Times New Roman"/>
          <w:sz w:val="28"/>
          <w:szCs w:val="28"/>
        </w:rPr>
        <w:t>) :</w:t>
      </w:r>
      <w:proofErr w:type="gramEnd"/>
      <w:r w:rsidRPr="00B217C7">
        <w:rPr>
          <w:rFonts w:ascii="Times New Roman" w:hAnsi="Times New Roman" w:cs="Times New Roman"/>
          <w:sz w:val="28"/>
          <w:szCs w:val="28"/>
        </w:rPr>
        <w:t xml:space="preserve"> </w:t>
      </w:r>
      <w:sdt>
        <w:sdtPr>
          <w:rPr>
            <w:rFonts w:ascii="Times New Roman" w:hAnsi="Times New Roman" w:cs="Times New Roman"/>
            <w:sz w:val="28"/>
            <w:szCs w:val="28"/>
          </w:rPr>
          <w:id w:val="379528921"/>
          <w:placeholder>
            <w:docPart w:val="DefaultPlaceholder_1081868575"/>
          </w:placeholder>
          <w:showingPlcHdr/>
          <w:comboBox>
            <w:listItem w:value="Choisissez un élément."/>
            <w:listItem w:displayText="Oui" w:value="Oui"/>
            <w:listItem w:displayText="Non" w:value="Non"/>
          </w:comboBox>
        </w:sdtPr>
        <w:sdtEndPr/>
        <w:sdtContent>
          <w:r w:rsidR="00FC501B" w:rsidRPr="002E1D82">
            <w:rPr>
              <w:rStyle w:val="Textedelespacerserv"/>
            </w:rPr>
            <w:t>Choisissez un élément.</w:t>
          </w:r>
        </w:sdtContent>
      </w:sdt>
    </w:p>
    <w:p w:rsidR="00FC501B" w:rsidRDefault="00FC501B" w:rsidP="00FC501B"/>
    <w:p w:rsidR="0025753F" w:rsidRPr="00B217C7" w:rsidRDefault="00D2594B" w:rsidP="00F57D75">
      <w:pPr>
        <w:pStyle w:val="Titre2"/>
        <w:jc w:val="center"/>
        <w:rPr>
          <w:rFonts w:ascii="Times New Roman" w:hAnsi="Times New Roman" w:cs="Times New Roman"/>
          <w:color w:val="404040" w:themeColor="text1" w:themeTint="BF"/>
          <w:sz w:val="28"/>
          <w:szCs w:val="28"/>
        </w:rPr>
      </w:pPr>
      <w:r w:rsidRPr="00B217C7">
        <w:rPr>
          <w:rFonts w:ascii="Times New Roman" w:hAnsi="Times New Roman" w:cs="Times New Roman"/>
          <w:color w:val="404040" w:themeColor="text1" w:themeTint="BF"/>
          <w:sz w:val="28"/>
          <w:szCs w:val="28"/>
        </w:rPr>
        <w:t xml:space="preserve">Mentions </w:t>
      </w:r>
      <w:proofErr w:type="spellStart"/>
      <w:r w:rsidRPr="00B217C7">
        <w:rPr>
          <w:rFonts w:ascii="Times New Roman" w:hAnsi="Times New Roman" w:cs="Times New Roman"/>
          <w:color w:val="404040" w:themeColor="text1" w:themeTint="BF"/>
          <w:sz w:val="28"/>
          <w:szCs w:val="28"/>
        </w:rPr>
        <w:t>légales</w:t>
      </w:r>
      <w:proofErr w:type="spellEnd"/>
    </w:p>
    <w:p w:rsidR="00F57D75" w:rsidRPr="00B217C7" w:rsidRDefault="00F57D75" w:rsidP="00F57D75">
      <w:pPr>
        <w:rPr>
          <w:rFonts w:ascii="Times New Roman" w:hAnsi="Times New Roman" w:cs="Times New Roman"/>
          <w:sz w:val="28"/>
          <w:szCs w:val="28"/>
        </w:rPr>
      </w:pPr>
    </w:p>
    <w:p w:rsidR="0025753F" w:rsidRPr="00B217C7" w:rsidRDefault="0028060E" w:rsidP="00A861F0">
      <w:pPr>
        <w:jc w:val="both"/>
        <w:rPr>
          <w:rFonts w:ascii="Times New Roman" w:hAnsi="Times New Roman" w:cs="Times New Roman"/>
          <w:sz w:val="28"/>
          <w:szCs w:val="28"/>
        </w:rPr>
      </w:pPr>
      <w:sdt>
        <w:sdtPr>
          <w:rPr>
            <w:rFonts w:ascii="Times New Roman" w:hAnsi="Times New Roman" w:cs="Times New Roman"/>
            <w:sz w:val="28"/>
            <w:szCs w:val="28"/>
          </w:rPr>
          <w:id w:val="10599140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C501B">
            <w:rPr>
              <w:rFonts w:ascii="MS Gothic" w:eastAsia="MS Gothic" w:hAnsi="MS Gothic" w:cs="Times New Roman" w:hint="eastAsia"/>
              <w:sz w:val="28"/>
              <w:szCs w:val="28"/>
            </w:rPr>
            <w:t>☐</w:t>
          </w:r>
        </w:sdtContent>
      </w:sdt>
      <w:r w:rsidR="00FC501B">
        <w:rPr>
          <w:rFonts w:ascii="Times New Roman" w:hAnsi="Times New Roman" w:cs="Times New Roman"/>
          <w:sz w:val="28"/>
          <w:szCs w:val="28"/>
        </w:rPr>
        <w:t xml:space="preserve"> </w:t>
      </w:r>
      <w:r w:rsidR="00D2594B" w:rsidRPr="00B217C7">
        <w:rPr>
          <w:rFonts w:ascii="Times New Roman" w:hAnsi="Times New Roman" w:cs="Times New Roman"/>
          <w:sz w:val="28"/>
          <w:szCs w:val="28"/>
        </w:rPr>
        <w:t xml:space="preserve">Je </w:t>
      </w:r>
      <w:proofErr w:type="spellStart"/>
      <w:r w:rsidR="00D2594B" w:rsidRPr="00B217C7">
        <w:rPr>
          <w:rFonts w:ascii="Times New Roman" w:hAnsi="Times New Roman" w:cs="Times New Roman"/>
          <w:sz w:val="28"/>
          <w:szCs w:val="28"/>
        </w:rPr>
        <w:t>déclare</w:t>
      </w:r>
      <w:proofErr w:type="spellEnd"/>
      <w:r w:rsidR="00D2594B" w:rsidRPr="00B217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594B" w:rsidRPr="00B217C7">
        <w:rPr>
          <w:rFonts w:ascii="Times New Roman" w:hAnsi="Times New Roman" w:cs="Times New Roman"/>
          <w:sz w:val="28"/>
          <w:szCs w:val="28"/>
        </w:rPr>
        <w:t>être</w:t>
      </w:r>
      <w:proofErr w:type="spellEnd"/>
      <w:r w:rsidR="00D2594B" w:rsidRPr="00B217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594B" w:rsidRPr="00B217C7">
        <w:rPr>
          <w:rFonts w:ascii="Times New Roman" w:hAnsi="Times New Roman" w:cs="Times New Roman"/>
          <w:sz w:val="28"/>
          <w:szCs w:val="28"/>
        </w:rPr>
        <w:t>l’auteur</w:t>
      </w:r>
      <w:proofErr w:type="spellEnd"/>
      <w:r w:rsidR="00D2594B" w:rsidRPr="00B217C7">
        <w:rPr>
          <w:rFonts w:ascii="Times New Roman" w:hAnsi="Times New Roman" w:cs="Times New Roman"/>
          <w:sz w:val="28"/>
          <w:szCs w:val="28"/>
        </w:rPr>
        <w:t xml:space="preserve"> / co-auteur de </w:t>
      </w:r>
      <w:proofErr w:type="spellStart"/>
      <w:proofErr w:type="gramStart"/>
      <w:r w:rsidR="00D2594B" w:rsidRPr="00B217C7">
        <w:rPr>
          <w:rFonts w:ascii="Times New Roman" w:hAnsi="Times New Roman" w:cs="Times New Roman"/>
          <w:sz w:val="28"/>
          <w:szCs w:val="28"/>
        </w:rPr>
        <w:t>ce</w:t>
      </w:r>
      <w:proofErr w:type="spellEnd"/>
      <w:proofErr w:type="gramEnd"/>
      <w:r w:rsidR="00D2594B" w:rsidRPr="00B217C7">
        <w:rPr>
          <w:rFonts w:ascii="Times New Roman" w:hAnsi="Times New Roman" w:cs="Times New Roman"/>
          <w:sz w:val="28"/>
          <w:szCs w:val="28"/>
        </w:rPr>
        <w:t xml:space="preserve"> </w:t>
      </w:r>
      <w:r w:rsidR="00FC501B">
        <w:rPr>
          <w:rFonts w:ascii="Times New Roman" w:hAnsi="Times New Roman" w:cs="Times New Roman"/>
          <w:sz w:val="28"/>
          <w:szCs w:val="28"/>
        </w:rPr>
        <w:t xml:space="preserve">document </w:t>
      </w:r>
      <w:proofErr w:type="spellStart"/>
      <w:r w:rsidR="00FC501B">
        <w:rPr>
          <w:rFonts w:ascii="Times New Roman" w:hAnsi="Times New Roman" w:cs="Times New Roman"/>
          <w:sz w:val="28"/>
          <w:szCs w:val="28"/>
        </w:rPr>
        <w:t>ou</w:t>
      </w:r>
      <w:proofErr w:type="spellEnd"/>
      <w:r w:rsidR="00FC501B">
        <w:rPr>
          <w:rFonts w:ascii="Times New Roman" w:hAnsi="Times New Roman" w:cs="Times New Roman"/>
          <w:sz w:val="28"/>
          <w:szCs w:val="28"/>
        </w:rPr>
        <w:t xml:space="preserve"> disposer des </w:t>
      </w:r>
      <w:proofErr w:type="spellStart"/>
      <w:r w:rsidR="00FC501B">
        <w:rPr>
          <w:rFonts w:ascii="Times New Roman" w:hAnsi="Times New Roman" w:cs="Times New Roman"/>
          <w:sz w:val="28"/>
          <w:szCs w:val="28"/>
        </w:rPr>
        <w:t>droits</w:t>
      </w:r>
      <w:proofErr w:type="spellEnd"/>
      <w:r w:rsidR="00FC50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2594B" w:rsidRPr="00B217C7">
        <w:rPr>
          <w:rFonts w:ascii="Times New Roman" w:hAnsi="Times New Roman" w:cs="Times New Roman"/>
          <w:sz w:val="28"/>
          <w:szCs w:val="28"/>
        </w:rPr>
        <w:t>nécessaires</w:t>
      </w:r>
      <w:proofErr w:type="spellEnd"/>
      <w:r w:rsidR="00D2594B" w:rsidRPr="00B217C7">
        <w:rPr>
          <w:rFonts w:ascii="Times New Roman" w:hAnsi="Times New Roman" w:cs="Times New Roman"/>
          <w:sz w:val="28"/>
          <w:szCs w:val="28"/>
        </w:rPr>
        <w:t xml:space="preserve"> pour le </w:t>
      </w:r>
      <w:proofErr w:type="spellStart"/>
      <w:r w:rsidR="00D2594B" w:rsidRPr="00B217C7">
        <w:rPr>
          <w:rFonts w:ascii="Times New Roman" w:hAnsi="Times New Roman" w:cs="Times New Roman"/>
          <w:sz w:val="28"/>
          <w:szCs w:val="28"/>
        </w:rPr>
        <w:t>soumettre</w:t>
      </w:r>
      <w:proofErr w:type="spellEnd"/>
      <w:r w:rsidR="00D2594B" w:rsidRPr="00B217C7">
        <w:rPr>
          <w:rFonts w:ascii="Times New Roman" w:hAnsi="Times New Roman" w:cs="Times New Roman"/>
          <w:sz w:val="28"/>
          <w:szCs w:val="28"/>
        </w:rPr>
        <w:t>.</w:t>
      </w:r>
    </w:p>
    <w:p w:rsidR="0025753F" w:rsidRDefault="0028060E" w:rsidP="00A861F0">
      <w:pPr>
        <w:jc w:val="both"/>
        <w:rPr>
          <w:rFonts w:ascii="Times New Roman" w:hAnsi="Times New Roman" w:cs="Times New Roman"/>
          <w:sz w:val="28"/>
          <w:szCs w:val="28"/>
        </w:rPr>
      </w:pPr>
      <w:sdt>
        <w:sdtPr>
          <w:rPr>
            <w:rFonts w:ascii="Times New Roman" w:hAnsi="Times New Roman" w:cs="Times New Roman"/>
            <w:sz w:val="28"/>
            <w:szCs w:val="28"/>
          </w:rPr>
          <w:id w:val="-17172668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C501B">
            <w:rPr>
              <w:rFonts w:ascii="MS Gothic" w:eastAsia="MS Gothic" w:hAnsi="MS Gothic" w:cs="Times New Roman" w:hint="eastAsia"/>
              <w:sz w:val="28"/>
              <w:szCs w:val="28"/>
            </w:rPr>
            <w:t>☐</w:t>
          </w:r>
        </w:sdtContent>
      </w:sdt>
      <w:r w:rsidR="00FC50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C501B" w:rsidRPr="00FC501B">
        <w:rPr>
          <w:rFonts w:ascii="Times New Roman" w:hAnsi="Times New Roman" w:cs="Times New Roman"/>
          <w:sz w:val="28"/>
          <w:szCs w:val="28"/>
        </w:rPr>
        <w:t>J’autorise</w:t>
      </w:r>
      <w:proofErr w:type="spellEnd"/>
      <w:r w:rsidR="00FC501B" w:rsidRPr="00FC501B">
        <w:rPr>
          <w:rFonts w:ascii="Times New Roman" w:hAnsi="Times New Roman" w:cs="Times New Roman"/>
          <w:sz w:val="28"/>
          <w:szCs w:val="28"/>
        </w:rPr>
        <w:t xml:space="preserve"> la </w:t>
      </w:r>
      <w:proofErr w:type="spellStart"/>
      <w:r w:rsidR="00FC501B" w:rsidRPr="00FC501B">
        <w:rPr>
          <w:rFonts w:ascii="Times New Roman" w:hAnsi="Times New Roman" w:cs="Times New Roman"/>
          <w:sz w:val="28"/>
          <w:szCs w:val="28"/>
        </w:rPr>
        <w:t>mise</w:t>
      </w:r>
      <w:proofErr w:type="spellEnd"/>
      <w:r w:rsidR="00FC501B" w:rsidRPr="00FC501B">
        <w:rPr>
          <w:rFonts w:ascii="Times New Roman" w:hAnsi="Times New Roman" w:cs="Times New Roman"/>
          <w:sz w:val="28"/>
          <w:szCs w:val="28"/>
        </w:rPr>
        <w:t xml:space="preserve"> en </w:t>
      </w:r>
      <w:proofErr w:type="spellStart"/>
      <w:r w:rsidR="00FC501B" w:rsidRPr="00FC501B">
        <w:rPr>
          <w:rFonts w:ascii="Times New Roman" w:hAnsi="Times New Roman" w:cs="Times New Roman"/>
          <w:sz w:val="28"/>
          <w:szCs w:val="28"/>
        </w:rPr>
        <w:t>ligne</w:t>
      </w:r>
      <w:proofErr w:type="spellEnd"/>
      <w:r w:rsidR="00FC501B" w:rsidRPr="00FC501B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proofErr w:type="gramStart"/>
      <w:r w:rsidR="00FC501B" w:rsidRPr="00FC501B">
        <w:rPr>
          <w:rFonts w:ascii="Times New Roman" w:hAnsi="Times New Roman" w:cs="Times New Roman"/>
          <w:sz w:val="28"/>
          <w:szCs w:val="28"/>
        </w:rPr>
        <w:t>ce</w:t>
      </w:r>
      <w:proofErr w:type="spellEnd"/>
      <w:proofErr w:type="gramEnd"/>
      <w:r w:rsidR="00FC501B" w:rsidRPr="00FC501B">
        <w:rPr>
          <w:rFonts w:ascii="Times New Roman" w:hAnsi="Times New Roman" w:cs="Times New Roman"/>
          <w:sz w:val="28"/>
          <w:szCs w:val="28"/>
        </w:rPr>
        <w:t xml:space="preserve"> document </w:t>
      </w:r>
      <w:proofErr w:type="spellStart"/>
      <w:r w:rsidR="00FC501B" w:rsidRPr="00FC501B">
        <w:rPr>
          <w:rFonts w:ascii="Times New Roman" w:hAnsi="Times New Roman" w:cs="Times New Roman"/>
          <w:sz w:val="28"/>
          <w:szCs w:val="28"/>
        </w:rPr>
        <w:t>sur</w:t>
      </w:r>
      <w:proofErr w:type="spellEnd"/>
      <w:r w:rsidR="00FC501B" w:rsidRPr="00FC501B">
        <w:rPr>
          <w:rFonts w:ascii="Times New Roman" w:hAnsi="Times New Roman" w:cs="Times New Roman"/>
          <w:sz w:val="28"/>
          <w:szCs w:val="28"/>
        </w:rPr>
        <w:t xml:space="preserve"> www.ilminlibr</w:t>
      </w:r>
      <w:r w:rsidR="00A861F0">
        <w:rPr>
          <w:rFonts w:ascii="Times New Roman" w:hAnsi="Times New Roman" w:cs="Times New Roman"/>
          <w:sz w:val="28"/>
          <w:szCs w:val="28"/>
        </w:rPr>
        <w:t xml:space="preserve">ary.com, </w:t>
      </w:r>
      <w:proofErr w:type="spellStart"/>
      <w:r w:rsidR="00A861F0">
        <w:rPr>
          <w:rFonts w:ascii="Times New Roman" w:hAnsi="Times New Roman" w:cs="Times New Roman"/>
          <w:sz w:val="28"/>
          <w:szCs w:val="28"/>
        </w:rPr>
        <w:t>ainsi</w:t>
      </w:r>
      <w:proofErr w:type="spellEnd"/>
      <w:r w:rsidR="00A861F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861F0">
        <w:rPr>
          <w:rFonts w:ascii="Times New Roman" w:hAnsi="Times New Roman" w:cs="Times New Roman"/>
          <w:sz w:val="28"/>
          <w:szCs w:val="28"/>
        </w:rPr>
        <w:t>que</w:t>
      </w:r>
      <w:proofErr w:type="spellEnd"/>
      <w:r w:rsidR="00A861F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C501B" w:rsidRPr="00FC501B">
        <w:rPr>
          <w:rFonts w:ascii="Times New Roman" w:hAnsi="Times New Roman" w:cs="Times New Roman"/>
          <w:sz w:val="28"/>
          <w:szCs w:val="28"/>
        </w:rPr>
        <w:t>sur</w:t>
      </w:r>
      <w:proofErr w:type="spellEnd"/>
      <w:r w:rsidR="00FC501B" w:rsidRPr="00FC50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C501B" w:rsidRPr="00FC501B">
        <w:rPr>
          <w:rFonts w:ascii="Times New Roman" w:hAnsi="Times New Roman" w:cs="Times New Roman"/>
          <w:sz w:val="28"/>
          <w:szCs w:val="28"/>
        </w:rPr>
        <w:t>toute</w:t>
      </w:r>
      <w:proofErr w:type="spellEnd"/>
      <w:r w:rsidR="00FC501B" w:rsidRPr="00FC50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C501B" w:rsidRPr="00FC501B">
        <w:rPr>
          <w:rFonts w:ascii="Times New Roman" w:hAnsi="Times New Roman" w:cs="Times New Roman"/>
          <w:sz w:val="28"/>
          <w:szCs w:val="28"/>
        </w:rPr>
        <w:t>autre</w:t>
      </w:r>
      <w:proofErr w:type="spellEnd"/>
      <w:r w:rsidR="00FC501B" w:rsidRPr="00FC50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C501B" w:rsidRPr="00FC501B">
        <w:rPr>
          <w:rFonts w:ascii="Times New Roman" w:hAnsi="Times New Roman" w:cs="Times New Roman"/>
          <w:sz w:val="28"/>
          <w:szCs w:val="28"/>
        </w:rPr>
        <w:t>plateforme</w:t>
      </w:r>
      <w:proofErr w:type="spellEnd"/>
      <w:r w:rsidR="00FC501B" w:rsidRPr="00FC501B">
        <w:rPr>
          <w:rFonts w:ascii="Times New Roman" w:hAnsi="Times New Roman" w:cs="Times New Roman"/>
          <w:sz w:val="28"/>
          <w:szCs w:val="28"/>
        </w:rPr>
        <w:t xml:space="preserve">, nom de </w:t>
      </w:r>
      <w:proofErr w:type="spellStart"/>
      <w:r w:rsidR="00FC501B" w:rsidRPr="00FC501B">
        <w:rPr>
          <w:rFonts w:ascii="Times New Roman" w:hAnsi="Times New Roman" w:cs="Times New Roman"/>
          <w:sz w:val="28"/>
          <w:szCs w:val="28"/>
        </w:rPr>
        <w:t>domaine</w:t>
      </w:r>
      <w:proofErr w:type="spellEnd"/>
      <w:r w:rsidR="00FC501B" w:rsidRPr="00FC50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C501B" w:rsidRPr="00FC501B">
        <w:rPr>
          <w:rFonts w:ascii="Times New Roman" w:hAnsi="Times New Roman" w:cs="Times New Roman"/>
          <w:sz w:val="28"/>
          <w:szCs w:val="28"/>
        </w:rPr>
        <w:t>ou</w:t>
      </w:r>
      <w:proofErr w:type="spellEnd"/>
      <w:r w:rsidR="00FC501B" w:rsidRPr="00FC50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C501B" w:rsidRPr="00FC501B">
        <w:rPr>
          <w:rFonts w:ascii="Times New Roman" w:hAnsi="Times New Roman" w:cs="Times New Roman"/>
          <w:sz w:val="28"/>
          <w:szCs w:val="28"/>
        </w:rPr>
        <w:t>entité</w:t>
      </w:r>
      <w:proofErr w:type="spellEnd"/>
      <w:r w:rsidR="00FC501B" w:rsidRPr="00FC50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C501B" w:rsidRPr="00FC501B">
        <w:rPr>
          <w:rFonts w:ascii="Times New Roman" w:hAnsi="Times New Roman" w:cs="Times New Roman"/>
          <w:sz w:val="28"/>
          <w:szCs w:val="28"/>
        </w:rPr>
        <w:t>partenaire</w:t>
      </w:r>
      <w:proofErr w:type="spellEnd"/>
      <w:r w:rsidR="00FC501B" w:rsidRPr="00FC50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C501B" w:rsidRPr="00FC501B">
        <w:rPr>
          <w:rFonts w:ascii="Times New Roman" w:hAnsi="Times New Roman" w:cs="Times New Roman"/>
          <w:sz w:val="28"/>
          <w:szCs w:val="28"/>
        </w:rPr>
        <w:t>liée</w:t>
      </w:r>
      <w:proofErr w:type="spellEnd"/>
      <w:r w:rsidR="00FC501B" w:rsidRPr="00FC501B">
        <w:rPr>
          <w:rFonts w:ascii="Times New Roman" w:hAnsi="Times New Roman" w:cs="Times New Roman"/>
          <w:sz w:val="28"/>
          <w:szCs w:val="28"/>
        </w:rPr>
        <w:t xml:space="preserve"> au site, </w:t>
      </w:r>
      <w:proofErr w:type="spellStart"/>
      <w:r w:rsidR="00FC501B" w:rsidRPr="00FC501B">
        <w:rPr>
          <w:rFonts w:ascii="Times New Roman" w:hAnsi="Times New Roman" w:cs="Times New Roman"/>
          <w:sz w:val="28"/>
          <w:szCs w:val="28"/>
        </w:rPr>
        <w:t>dans</w:t>
      </w:r>
      <w:proofErr w:type="spellEnd"/>
      <w:r w:rsidR="00FC501B" w:rsidRPr="00FC501B">
        <w:rPr>
          <w:rFonts w:ascii="Times New Roman" w:hAnsi="Times New Roman" w:cs="Times New Roman"/>
          <w:sz w:val="28"/>
          <w:szCs w:val="28"/>
        </w:rPr>
        <w:t xml:space="preserve"> le but </w:t>
      </w:r>
      <w:proofErr w:type="spellStart"/>
      <w:r w:rsidR="00FC501B" w:rsidRPr="00FC501B">
        <w:rPr>
          <w:rFonts w:ascii="Times New Roman" w:hAnsi="Times New Roman" w:cs="Times New Roman"/>
          <w:sz w:val="28"/>
          <w:szCs w:val="28"/>
        </w:rPr>
        <w:t>d’accroître</w:t>
      </w:r>
      <w:proofErr w:type="spellEnd"/>
      <w:r w:rsidR="00FC501B" w:rsidRPr="00FC501B">
        <w:rPr>
          <w:rFonts w:ascii="Times New Roman" w:hAnsi="Times New Roman" w:cs="Times New Roman"/>
          <w:sz w:val="28"/>
          <w:szCs w:val="28"/>
        </w:rPr>
        <w:t xml:space="preserve"> la </w:t>
      </w:r>
      <w:proofErr w:type="spellStart"/>
      <w:r w:rsidR="00FC501B" w:rsidRPr="00FC501B">
        <w:rPr>
          <w:rFonts w:ascii="Times New Roman" w:hAnsi="Times New Roman" w:cs="Times New Roman"/>
          <w:sz w:val="28"/>
          <w:szCs w:val="28"/>
        </w:rPr>
        <w:t>visibilité</w:t>
      </w:r>
      <w:proofErr w:type="spellEnd"/>
      <w:r w:rsidR="00FC501B" w:rsidRPr="00FC501B">
        <w:rPr>
          <w:rFonts w:ascii="Times New Roman" w:hAnsi="Times New Roman" w:cs="Times New Roman"/>
          <w:sz w:val="28"/>
          <w:szCs w:val="28"/>
        </w:rPr>
        <w:t xml:space="preserve">, la diffusion </w:t>
      </w:r>
      <w:proofErr w:type="spellStart"/>
      <w:r w:rsidR="00FC501B" w:rsidRPr="00FC501B">
        <w:rPr>
          <w:rFonts w:ascii="Times New Roman" w:hAnsi="Times New Roman" w:cs="Times New Roman"/>
          <w:sz w:val="28"/>
          <w:szCs w:val="28"/>
        </w:rPr>
        <w:t>ou</w:t>
      </w:r>
      <w:proofErr w:type="spellEnd"/>
      <w:r w:rsidR="00FC501B" w:rsidRPr="00FC501B">
        <w:rPr>
          <w:rFonts w:ascii="Times New Roman" w:hAnsi="Times New Roman" w:cs="Times New Roman"/>
          <w:sz w:val="28"/>
          <w:szCs w:val="28"/>
        </w:rPr>
        <w:t xml:space="preserve"> le </w:t>
      </w:r>
      <w:proofErr w:type="spellStart"/>
      <w:r w:rsidR="00FC501B" w:rsidRPr="00FC501B">
        <w:rPr>
          <w:rFonts w:ascii="Times New Roman" w:hAnsi="Times New Roman" w:cs="Times New Roman"/>
          <w:sz w:val="28"/>
          <w:szCs w:val="28"/>
        </w:rPr>
        <w:t>potentiel</w:t>
      </w:r>
      <w:proofErr w:type="spellEnd"/>
      <w:r w:rsidR="00FC501B" w:rsidRPr="00FC501B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="00FC501B" w:rsidRPr="00FC501B">
        <w:rPr>
          <w:rFonts w:ascii="Times New Roman" w:hAnsi="Times New Roman" w:cs="Times New Roman"/>
          <w:sz w:val="28"/>
          <w:szCs w:val="28"/>
        </w:rPr>
        <w:t>vente</w:t>
      </w:r>
      <w:proofErr w:type="spellEnd"/>
      <w:r w:rsidR="00FC501B" w:rsidRPr="00FC501B"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 w:rsidR="00FC501B" w:rsidRPr="00FC501B">
        <w:rPr>
          <w:rFonts w:ascii="Times New Roman" w:hAnsi="Times New Roman" w:cs="Times New Roman"/>
          <w:sz w:val="28"/>
          <w:szCs w:val="28"/>
        </w:rPr>
        <w:t>mon</w:t>
      </w:r>
      <w:proofErr w:type="spellEnd"/>
      <w:r w:rsidR="00FC501B" w:rsidRPr="00FC50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C501B" w:rsidRPr="00FC501B">
        <w:rPr>
          <w:rFonts w:ascii="Times New Roman" w:hAnsi="Times New Roman" w:cs="Times New Roman"/>
          <w:sz w:val="28"/>
          <w:szCs w:val="28"/>
        </w:rPr>
        <w:t>œuvre</w:t>
      </w:r>
      <w:proofErr w:type="spellEnd"/>
      <w:r w:rsidR="00FC501B" w:rsidRPr="00FC501B">
        <w:rPr>
          <w:rFonts w:ascii="Times New Roman" w:hAnsi="Times New Roman" w:cs="Times New Roman"/>
          <w:sz w:val="28"/>
          <w:szCs w:val="28"/>
        </w:rPr>
        <w:t>.</w:t>
      </w:r>
    </w:p>
    <w:p w:rsidR="00FC501B" w:rsidRPr="00B217C7" w:rsidRDefault="00FC501B" w:rsidP="00A861F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La </w:t>
      </w:r>
      <w:proofErr w:type="spellStart"/>
      <w:r>
        <w:rPr>
          <w:rFonts w:ascii="Times New Roman" w:hAnsi="Times New Roman" w:cs="Times New Roman"/>
          <w:sz w:val="28"/>
          <w:szCs w:val="28"/>
        </w:rPr>
        <w:t>commercialisation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</w:t>
      </w:r>
      <w:proofErr w:type="spellStart"/>
      <w:r>
        <w:rPr>
          <w:rFonts w:ascii="Times New Roman" w:hAnsi="Times New Roman" w:cs="Times New Roman"/>
          <w:sz w:val="28"/>
          <w:szCs w:val="28"/>
        </w:rPr>
        <w:t>l’oeuvre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est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soumis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par un </w:t>
      </w:r>
      <w:proofErr w:type="spellStart"/>
      <w:r>
        <w:rPr>
          <w:rFonts w:ascii="Times New Roman" w:hAnsi="Times New Roman" w:cs="Times New Roman"/>
          <w:sz w:val="28"/>
          <w:szCs w:val="28"/>
        </w:rPr>
        <w:t>contrat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particulier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à la </w:t>
      </w:r>
      <w:proofErr w:type="spellStart"/>
      <w:r>
        <w:rPr>
          <w:rFonts w:ascii="Times New Roman" w:hAnsi="Times New Roman" w:cs="Times New Roman"/>
          <w:sz w:val="28"/>
          <w:szCs w:val="28"/>
        </w:rPr>
        <w:t>demande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des </w:t>
      </w:r>
      <w:proofErr w:type="spellStart"/>
      <w:r>
        <w:rPr>
          <w:rFonts w:ascii="Times New Roman" w:hAnsi="Times New Roman" w:cs="Times New Roman"/>
          <w:sz w:val="28"/>
          <w:szCs w:val="28"/>
        </w:rPr>
        <w:t>ayants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droits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du document </w:t>
      </w:r>
      <w:proofErr w:type="spellStart"/>
      <w:r>
        <w:rPr>
          <w:rFonts w:ascii="Times New Roman" w:hAnsi="Times New Roman" w:cs="Times New Roman"/>
          <w:sz w:val="28"/>
          <w:szCs w:val="28"/>
        </w:rPr>
        <w:t>signé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25753F" w:rsidRPr="00B217C7" w:rsidRDefault="00D2594B" w:rsidP="002F7E5C">
      <w:pPr>
        <w:pStyle w:val="Titre2"/>
        <w:jc w:val="right"/>
        <w:rPr>
          <w:rFonts w:ascii="Times New Roman" w:hAnsi="Times New Roman" w:cs="Times New Roman"/>
          <w:color w:val="404040" w:themeColor="text1" w:themeTint="BF"/>
          <w:sz w:val="28"/>
          <w:szCs w:val="28"/>
        </w:rPr>
      </w:pPr>
      <w:r w:rsidRPr="00B217C7">
        <w:rPr>
          <w:rFonts w:ascii="Times New Roman" w:hAnsi="Times New Roman" w:cs="Times New Roman"/>
          <w:color w:val="404040" w:themeColor="text1" w:themeTint="BF"/>
          <w:sz w:val="28"/>
          <w:szCs w:val="28"/>
        </w:rPr>
        <w:t>Signature</w:t>
      </w:r>
    </w:p>
    <w:p w:rsidR="0025753F" w:rsidRDefault="00D2594B" w:rsidP="002F7E5C">
      <w:pPr>
        <w:jc w:val="right"/>
        <w:rPr>
          <w:rFonts w:ascii="Times New Roman" w:hAnsi="Times New Roman" w:cs="Times New Roman"/>
          <w:sz w:val="28"/>
          <w:szCs w:val="28"/>
        </w:rPr>
      </w:pPr>
      <w:r w:rsidRPr="00B217C7">
        <w:rPr>
          <w:rFonts w:ascii="Times New Roman" w:hAnsi="Times New Roman" w:cs="Times New Roman"/>
          <w:sz w:val="28"/>
          <w:szCs w:val="28"/>
        </w:rPr>
        <w:t xml:space="preserve">Date de </w:t>
      </w:r>
      <w:proofErr w:type="gramStart"/>
      <w:r w:rsidRPr="00B217C7">
        <w:rPr>
          <w:rFonts w:ascii="Times New Roman" w:hAnsi="Times New Roman" w:cs="Times New Roman"/>
          <w:sz w:val="28"/>
          <w:szCs w:val="28"/>
        </w:rPr>
        <w:t>soumission :</w:t>
      </w:r>
      <w:proofErr w:type="gramEnd"/>
    </w:p>
    <w:sdt>
      <w:sdtPr>
        <w:rPr>
          <w:rFonts w:ascii="Times New Roman" w:hAnsi="Times New Roman" w:cs="Times New Roman"/>
          <w:sz w:val="28"/>
          <w:szCs w:val="28"/>
        </w:rPr>
        <w:id w:val="1793407220"/>
        <w:placeholder>
          <w:docPart w:val="DefaultPlaceholder_1081868576"/>
        </w:placeholder>
        <w:showingPlcHdr/>
        <w:date>
          <w:dateFormat w:val="dd/MM/yyyy"/>
          <w:lid w:val="fr-FR"/>
          <w:storeMappedDataAs w:val="dateTime"/>
          <w:calendar w:val="gregorian"/>
        </w:date>
      </w:sdtPr>
      <w:sdtEndPr/>
      <w:sdtContent>
        <w:p w:rsidR="007D5AE3" w:rsidRPr="00B217C7" w:rsidRDefault="007D5AE3" w:rsidP="007D5AE3">
          <w:pPr>
            <w:jc w:val="right"/>
            <w:rPr>
              <w:rFonts w:ascii="Times New Roman" w:hAnsi="Times New Roman" w:cs="Times New Roman"/>
              <w:sz w:val="28"/>
              <w:szCs w:val="28"/>
            </w:rPr>
          </w:pPr>
          <w:r w:rsidRPr="002E1D82">
            <w:rPr>
              <w:rStyle w:val="Textedelespacerserv"/>
            </w:rPr>
            <w:t>Cliquez ici pour entrer une date.</w:t>
          </w:r>
        </w:p>
      </w:sdtContent>
    </w:sdt>
    <w:p w:rsidR="0025753F" w:rsidRDefault="00D2594B" w:rsidP="002F7E5C">
      <w:pPr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 w:rsidRPr="00B217C7">
        <w:rPr>
          <w:rFonts w:ascii="Times New Roman" w:hAnsi="Times New Roman" w:cs="Times New Roman"/>
          <w:sz w:val="28"/>
          <w:szCs w:val="28"/>
        </w:rPr>
        <w:t>Signature :</w:t>
      </w:r>
      <w:proofErr w:type="gramEnd"/>
    </w:p>
    <w:sdt>
      <w:sdtPr>
        <w:rPr>
          <w:rFonts w:ascii="Times New Roman" w:hAnsi="Times New Roman" w:cs="Times New Roman"/>
          <w:sz w:val="28"/>
          <w:szCs w:val="28"/>
        </w:rPr>
        <w:id w:val="-1106493493"/>
        <w:placeholder>
          <w:docPart w:val="DefaultPlaceholder_1081868574"/>
        </w:placeholder>
        <w:showingPlcHdr/>
        <w:text/>
      </w:sdtPr>
      <w:sdtEndPr/>
      <w:sdtContent>
        <w:p w:rsidR="007D5AE3" w:rsidRDefault="007D5AE3" w:rsidP="002F7E5C">
          <w:pPr>
            <w:jc w:val="right"/>
            <w:rPr>
              <w:rFonts w:ascii="Times New Roman" w:hAnsi="Times New Roman" w:cs="Times New Roman"/>
              <w:sz w:val="28"/>
              <w:szCs w:val="28"/>
            </w:rPr>
          </w:pPr>
          <w:r w:rsidRPr="00EE590F">
            <w:rPr>
              <w:rStyle w:val="Textedelespacerserv"/>
            </w:rPr>
            <w:t>Cliquez ici pour entrer du texte.</w:t>
          </w:r>
        </w:p>
      </w:sdtContent>
    </w:sdt>
    <w:p w:rsidR="005E5BE4" w:rsidRDefault="005E5BE4" w:rsidP="005E5BE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E5BE4" w:rsidRDefault="005E5BE4" w:rsidP="005E5BE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E5BE4" w:rsidRDefault="005E5BE4" w:rsidP="005E5BE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En </w:t>
      </w:r>
      <w:proofErr w:type="gramStart"/>
      <w:r>
        <w:rPr>
          <w:rFonts w:ascii="Times New Roman" w:hAnsi="Times New Roman" w:cs="Times New Roman"/>
          <w:sz w:val="28"/>
          <w:szCs w:val="28"/>
        </w:rPr>
        <w:t>cas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de difficulté, vous pouvez nous contacter par mail à </w:t>
      </w:r>
      <w:hyperlink r:id="rId8" w:history="1">
        <w:r w:rsidRPr="002E1D82">
          <w:rPr>
            <w:rStyle w:val="Lienhypertexte"/>
            <w:rFonts w:ascii="Times New Roman" w:hAnsi="Times New Roman" w:cs="Times New Roman"/>
            <w:sz w:val="28"/>
            <w:szCs w:val="28"/>
          </w:rPr>
          <w:t>contact@ilminlibrary.com</w:t>
        </w:r>
      </w:hyperlink>
      <w:r w:rsidR="00A861F0">
        <w:rPr>
          <w:rStyle w:val="Lienhypertexte"/>
          <w:rFonts w:ascii="Times New Roman" w:hAnsi="Times New Roman" w:cs="Times New Roman"/>
          <w:sz w:val="28"/>
          <w:szCs w:val="28"/>
        </w:rPr>
        <w:t xml:space="preserve"> / </w:t>
      </w:r>
      <w:r w:rsidR="00A861F0" w:rsidRPr="00A861F0">
        <w:rPr>
          <w:rStyle w:val="Lienhypertexte"/>
          <w:rFonts w:ascii="Times New Roman" w:hAnsi="Times New Roman" w:cs="Times New Roman"/>
          <w:sz w:val="28"/>
          <w:szCs w:val="28"/>
        </w:rPr>
        <w:t>ilminlibrary@gmail.com</w:t>
      </w:r>
    </w:p>
    <w:p w:rsidR="005E5BE4" w:rsidRPr="00B217C7" w:rsidRDefault="005E5BE4" w:rsidP="005E5BE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Ou sur les réseaux </w:t>
      </w:r>
      <w:proofErr w:type="gramStart"/>
      <w:r>
        <w:rPr>
          <w:rFonts w:ascii="Times New Roman" w:hAnsi="Times New Roman" w:cs="Times New Roman"/>
          <w:sz w:val="28"/>
          <w:szCs w:val="28"/>
        </w:rPr>
        <w:t>sociaux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9" w:history="1">
        <w:r w:rsidRPr="005E5BE4">
          <w:rPr>
            <w:rStyle w:val="Lienhypertexte"/>
            <w:rFonts w:ascii="Times New Roman" w:hAnsi="Times New Roman" w:cs="Times New Roman"/>
            <w:sz w:val="28"/>
            <w:szCs w:val="28"/>
          </w:rPr>
          <w:t>Facebook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et </w:t>
      </w:r>
      <w:hyperlink r:id="rId10" w:history="1">
        <w:r w:rsidRPr="00A861F0">
          <w:rPr>
            <w:rStyle w:val="Lienhypertexte"/>
            <w:rFonts w:ascii="Times New Roman" w:hAnsi="Times New Roman" w:cs="Times New Roman"/>
            <w:sz w:val="28"/>
            <w:szCs w:val="28"/>
          </w:rPr>
          <w:t>LinkedIn</w:t>
        </w:r>
      </w:hyperlink>
      <w:r>
        <w:rPr>
          <w:rFonts w:ascii="Times New Roman" w:hAnsi="Times New Roman" w:cs="Times New Roman"/>
          <w:sz w:val="28"/>
          <w:szCs w:val="28"/>
        </w:rPr>
        <w:t>.</w:t>
      </w:r>
    </w:p>
    <w:sectPr w:rsidR="005E5BE4" w:rsidRPr="00B217C7" w:rsidSect="00F57D75">
      <w:headerReference w:type="default" r:id="rId11"/>
      <w:footerReference w:type="default" r:id="rId12"/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060E" w:rsidRDefault="0028060E" w:rsidP="00F57D75">
      <w:pPr>
        <w:spacing w:after="0" w:line="240" w:lineRule="auto"/>
      </w:pPr>
      <w:r>
        <w:separator/>
      </w:r>
    </w:p>
  </w:endnote>
  <w:endnote w:type="continuationSeparator" w:id="0">
    <w:p w:rsidR="0028060E" w:rsidRDefault="0028060E" w:rsidP="00F57D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5BE4" w:rsidRDefault="005E5BE4" w:rsidP="005E5BE4">
    <w:pPr>
      <w:pStyle w:val="Pieddepage"/>
    </w:pPr>
    <w:r>
      <w:rPr>
        <w:noProof/>
        <w:lang w:val="fr-FR" w:eastAsia="fr-FR"/>
      </w:rPr>
      <w:drawing>
        <wp:anchor distT="0" distB="0" distL="114300" distR="114300" simplePos="0" relativeHeight="251662336" behindDoc="1" locked="0" layoutInCell="1" allowOverlap="1" wp14:anchorId="4D99DF24" wp14:editId="2312557A">
          <wp:simplePos x="0" y="0"/>
          <wp:positionH relativeFrom="column">
            <wp:posOffset>5910580</wp:posOffset>
          </wp:positionH>
          <wp:positionV relativeFrom="paragraph">
            <wp:posOffset>171450</wp:posOffset>
          </wp:positionV>
          <wp:extent cx="676275" cy="676275"/>
          <wp:effectExtent l="0" t="0" r="9525" b="9525"/>
          <wp:wrapNone/>
          <wp:docPr id="7" name="Image 7" descr="logo ilmin biblio EN jaun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 ilmin biblio EN jaun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6275" cy="676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fr-FR" w:eastAsia="fr-FR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1165E44B" wp14:editId="0CF3C2DA">
              <wp:simplePos x="0" y="0"/>
              <wp:positionH relativeFrom="column">
                <wp:posOffset>-890270</wp:posOffset>
              </wp:positionH>
              <wp:positionV relativeFrom="paragraph">
                <wp:posOffset>59055</wp:posOffset>
              </wp:positionV>
              <wp:extent cx="7772400" cy="876300"/>
              <wp:effectExtent l="57150" t="19050" r="57150" b="7620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72400" cy="876300"/>
                      </a:xfrm>
                      <a:prstGeom prst="rect">
                        <a:avLst/>
                      </a:prstGeom>
                      <a:gradFill flip="none" rotWithShape="1">
                        <a:gsLst>
                          <a:gs pos="75000">
                            <a:srgbClr val="FFC000"/>
                          </a:gs>
                          <a:gs pos="53000">
                            <a:schemeClr val="bg1"/>
                          </a:gs>
                        </a:gsLst>
                        <a:lin ang="3600000" scaled="0"/>
                        <a:tileRect/>
                      </a:gradFill>
                      <a:ln>
                        <a:noFill/>
                      </a:ln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E45BA5F" id="Rectangle 2" o:spid="_x0000_s1026" style="position:absolute;margin-left:-70.1pt;margin-top:4.65pt;width:612pt;height:69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" fillcolor="white [3212]" stroked="f">
              <v:fill color2="#ffc000" rotate="t" angle="30" colors="0 white;34734f white" focus="100%" type="gradient">
                <o:fill v:ext="view" type="gradientUnscaled"/>
              </v:fill>
              <v:shadow on="t" color="black" opacity="22937f" origin=",.5" offset="0,.63889mm"/>
            </v:rect>
          </w:pict>
        </mc:Fallback>
      </mc:AlternateContent>
    </w:r>
  </w:p>
  <w:sdt>
    <w:sdtPr>
      <w:id w:val="1566456337"/>
      <w:docPartObj>
        <w:docPartGallery w:val="Page Numbers (Bottom of Page)"/>
        <w:docPartUnique/>
      </w:docPartObj>
    </w:sdtPr>
    <w:sdtEndPr/>
    <w:sdtContent>
      <w:p w:rsidR="005E5BE4" w:rsidRDefault="005E5BE4">
        <w:pPr>
          <w:pStyle w:val="Pieddepage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8388D" w:rsidRPr="00A8388D">
          <w:rPr>
            <w:noProof/>
            <w:lang w:val="fr-FR"/>
          </w:rPr>
          <w:t>1</w:t>
        </w:r>
        <w:r>
          <w:fldChar w:fldCharType="end"/>
        </w:r>
      </w:p>
    </w:sdtContent>
  </w:sdt>
  <w:p w:rsidR="00F57D75" w:rsidRPr="005E5BE4" w:rsidRDefault="005E5BE4" w:rsidP="005E5BE4">
    <w:pPr>
      <w:pStyle w:val="Pieddepage"/>
    </w:pPr>
    <w:r>
      <w:rPr>
        <w:noProof/>
        <w:color w:val="000000" w:themeColor="text1"/>
        <w:lang w:val="fr-FR" w:eastAsia="fr-F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E86E21C" wp14:editId="179D3FDD">
              <wp:simplePos x="0" y="0"/>
              <wp:positionH relativeFrom="column">
                <wp:posOffset>2359025</wp:posOffset>
              </wp:positionH>
              <wp:positionV relativeFrom="paragraph">
                <wp:posOffset>85725</wp:posOffset>
              </wp:positionV>
              <wp:extent cx="4415155" cy="391795"/>
              <wp:effectExtent l="0" t="0" r="0" b="0"/>
              <wp:wrapNone/>
              <wp:docPr id="3" name="Zone de text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5155" cy="3917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5E5BE4" w:rsidRPr="005E5BE4" w:rsidRDefault="005E5BE4" w:rsidP="005E5BE4">
                          <w:pPr>
                            <w:rPr>
                              <w:sz w:val="24"/>
                            </w:rPr>
                          </w:pPr>
                          <w:r w:rsidRPr="005E5BE4">
                            <w:rPr>
                              <w:sz w:val="24"/>
                            </w:rPr>
                            <w:t xml:space="preserve">La </w:t>
                          </w:r>
                          <w:proofErr w:type="spellStart"/>
                          <w:r w:rsidRPr="005E5BE4">
                            <w:rPr>
                              <w:sz w:val="24"/>
                            </w:rPr>
                            <w:t>Bibliothèque</w:t>
                          </w:r>
                          <w:proofErr w:type="spellEnd"/>
                          <w:r w:rsidRPr="005E5BE4">
                            <w:rPr>
                              <w:sz w:val="24"/>
                            </w:rPr>
                            <w:t xml:space="preserve"> </w:t>
                          </w:r>
                          <w:proofErr w:type="spellStart"/>
                          <w:r w:rsidRPr="005E5BE4">
                            <w:rPr>
                              <w:sz w:val="24"/>
                            </w:rPr>
                            <w:t>africaine</w:t>
                          </w:r>
                          <w:proofErr w:type="spellEnd"/>
                          <w:r w:rsidRPr="005E5BE4">
                            <w:rPr>
                              <w:sz w:val="24"/>
                            </w:rPr>
                            <w:t xml:space="preserve">, </w:t>
                          </w:r>
                          <w:proofErr w:type="spellStart"/>
                          <w:r w:rsidRPr="005E5BE4">
                            <w:rPr>
                              <w:sz w:val="24"/>
                            </w:rPr>
                            <w:t>ouverte</w:t>
                          </w:r>
                          <w:proofErr w:type="spellEnd"/>
                          <w:r w:rsidRPr="005E5BE4">
                            <w:rPr>
                              <w:sz w:val="24"/>
                            </w:rPr>
                            <w:t xml:space="preserve"> </w:t>
                          </w:r>
                          <w:proofErr w:type="spellStart"/>
                          <w:r w:rsidRPr="005E5BE4">
                            <w:rPr>
                              <w:sz w:val="24"/>
                            </w:rPr>
                            <w:t>sur</w:t>
                          </w:r>
                          <w:proofErr w:type="spellEnd"/>
                          <w:r w:rsidRPr="005E5BE4">
                            <w:rPr>
                              <w:sz w:val="24"/>
                            </w:rPr>
                            <w:t xml:space="preserve"> le monde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7E86E21C" id="_x0000_t202" coordsize="21600,21600" o:spt="202" path="m,l,21600r21600,l21600,xe">
              <v:stroke joinstyle="miter"/>
              <v:path gradientshapeok="t" o:connecttype="rect"/>
            </v:shapetype>
            <v:shape id="Zone de texte 3" o:spid="_x0000_s1027" type="#_x0000_t202" style="position:absolute;margin-left:185.75pt;margin-top:6.75pt;width:347.65pt;height:30.8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" filled="f" stroked="f" strokeweight=".5pt">
              <v:textbox>
                <w:txbxContent>
                  <w:p w:rsidR="005E5BE4" w:rsidRPr="005E5BE4" w:rsidRDefault="005E5BE4" w:rsidP="005E5BE4">
                    <w:pPr>
                      <w:rPr>
                        <w:sz w:val="24"/>
                      </w:rPr>
                    </w:pPr>
                    <w:r w:rsidRPr="005E5BE4">
                      <w:rPr>
                        <w:sz w:val="24"/>
                      </w:rPr>
                      <w:t xml:space="preserve">La </w:t>
                    </w:r>
                    <w:proofErr w:type="spellStart"/>
                    <w:r w:rsidRPr="005E5BE4">
                      <w:rPr>
                        <w:sz w:val="24"/>
                      </w:rPr>
                      <w:t>Bibliothèque</w:t>
                    </w:r>
                    <w:proofErr w:type="spellEnd"/>
                    <w:r w:rsidRPr="005E5BE4">
                      <w:rPr>
                        <w:sz w:val="24"/>
                      </w:rPr>
                      <w:t xml:space="preserve"> </w:t>
                    </w:r>
                    <w:proofErr w:type="spellStart"/>
                    <w:r w:rsidRPr="005E5BE4">
                      <w:rPr>
                        <w:sz w:val="24"/>
                      </w:rPr>
                      <w:t>africaine</w:t>
                    </w:r>
                    <w:proofErr w:type="spellEnd"/>
                    <w:r w:rsidRPr="005E5BE4">
                      <w:rPr>
                        <w:sz w:val="24"/>
                      </w:rPr>
                      <w:t xml:space="preserve">, </w:t>
                    </w:r>
                    <w:proofErr w:type="spellStart"/>
                    <w:r w:rsidRPr="005E5BE4">
                      <w:rPr>
                        <w:sz w:val="24"/>
                      </w:rPr>
                      <w:t>ouverte</w:t>
                    </w:r>
                    <w:proofErr w:type="spellEnd"/>
                    <w:r w:rsidRPr="005E5BE4">
                      <w:rPr>
                        <w:sz w:val="24"/>
                      </w:rPr>
                      <w:t xml:space="preserve"> </w:t>
                    </w:r>
                    <w:proofErr w:type="spellStart"/>
                    <w:r w:rsidRPr="005E5BE4">
                      <w:rPr>
                        <w:sz w:val="24"/>
                      </w:rPr>
                      <w:t>sur</w:t>
                    </w:r>
                    <w:proofErr w:type="spellEnd"/>
                    <w:r w:rsidRPr="005E5BE4">
                      <w:rPr>
                        <w:sz w:val="24"/>
                      </w:rPr>
                      <w:t xml:space="preserve"> le monde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060E" w:rsidRDefault="0028060E" w:rsidP="00F57D75">
      <w:pPr>
        <w:spacing w:after="0" w:line="240" w:lineRule="auto"/>
      </w:pPr>
      <w:r>
        <w:separator/>
      </w:r>
    </w:p>
  </w:footnote>
  <w:footnote w:type="continuationSeparator" w:id="0">
    <w:p w:rsidR="0028060E" w:rsidRDefault="0028060E" w:rsidP="00F57D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7D75" w:rsidRDefault="002F7E5C">
    <w:pPr>
      <w:pStyle w:val="En-tte"/>
    </w:pPr>
    <w:r>
      <w:rPr>
        <w:noProof/>
        <w:lang w:val="fr-FR" w:eastAsia="fr-FR"/>
      </w:rPr>
      <mc:AlternateContent>
        <mc:Choice Requires="wps">
          <w:drawing>
            <wp:anchor distT="0" distB="0" distL="114300" distR="114300" simplePos="0" relativeHeight="251655168" behindDoc="1" locked="0" layoutInCell="1" allowOverlap="1" wp14:anchorId="203A8418" wp14:editId="7FEA4596">
              <wp:simplePos x="0" y="0"/>
              <wp:positionH relativeFrom="column">
                <wp:posOffset>-886732</wp:posOffset>
              </wp:positionH>
              <wp:positionV relativeFrom="paragraph">
                <wp:posOffset>-457200</wp:posOffset>
              </wp:positionV>
              <wp:extent cx="8294914" cy="876300"/>
              <wp:effectExtent l="0" t="0" r="0" b="0"/>
              <wp:wrapNone/>
              <wp:docPr id="6" name="Rectangle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294914" cy="876300"/>
                      </a:xfrm>
                      <a:prstGeom prst="rect">
                        <a:avLst/>
                      </a:prstGeom>
                      <a:gradFill flip="none" rotWithShape="1">
                        <a:gsLst>
                          <a:gs pos="75000">
                            <a:srgbClr val="FFC000"/>
                          </a:gs>
                          <a:gs pos="53000">
                            <a:schemeClr val="bg1"/>
                          </a:gs>
                        </a:gsLst>
                        <a:lin ang="3600000" scaled="0"/>
                        <a:tileRect/>
                      </a:gradFill>
                      <a:ln>
                        <a:noFill/>
                      </a:ln>
                      <a:effectLst/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0AD19950" id="Rectangle 6" o:spid="_x0000_s1026" style="position:absolute;margin-left:-69.8pt;margin-top:-36pt;width:653.15pt;height:69pt;z-index:-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" fillcolor="white [3212]" stroked="f">
              <v:fill color2="#ffc000" rotate="t" angle="30" colors="0 white;34734f white" focus="100%" type="gradient">
                <o:fill v:ext="view" type="gradientUnscaled"/>
              </v:fill>
            </v:rect>
          </w:pict>
        </mc:Fallback>
      </mc:AlternateContent>
    </w:r>
    <w:r>
      <w:rPr>
        <w:noProof/>
        <w:color w:val="000000" w:themeColor="text1"/>
        <w:lang w:val="fr-FR" w:eastAsia="fr-FR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5D45760" wp14:editId="3E28A07E">
              <wp:simplePos x="0" y="0"/>
              <wp:positionH relativeFrom="column">
                <wp:posOffset>2208802</wp:posOffset>
              </wp:positionH>
              <wp:positionV relativeFrom="paragraph">
                <wp:posOffset>-51707</wp:posOffset>
              </wp:positionV>
              <wp:extent cx="2495006" cy="391886"/>
              <wp:effectExtent l="0" t="0" r="0" b="0"/>
              <wp:wrapNone/>
              <wp:docPr id="4" name="Zone de text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95006" cy="391886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F7E5C" w:rsidRPr="002F7E5C" w:rsidRDefault="002F7E5C" w:rsidP="002F7E5C">
                          <w:pPr>
                            <w:rPr>
                              <w:sz w:val="32"/>
                            </w:rPr>
                          </w:pPr>
                          <w:r>
                            <w:rPr>
                              <w:sz w:val="32"/>
                            </w:rPr>
                            <w:t>www.ilminlibrary.com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05D45760" id="_x0000_t202" coordsize="21600,21600" o:spt="202" path="m,l,21600r21600,l21600,xe">
              <v:stroke joinstyle="miter"/>
              <v:path gradientshapeok="t" o:connecttype="rect"/>
            </v:shapetype>
            <v:shape id="Zone de texte 4" o:spid="_x0000_s1026" type="#_x0000_t202" style="position:absolute;margin-left:173.9pt;margin-top:-4.05pt;width:196.45pt;height:30.85pt;z-index:251658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" filled="f" stroked="f" strokeweight=".5pt">
              <v:textbox>
                <w:txbxContent>
                  <w:p w:rsidR="002F7E5C" w:rsidRPr="002F7E5C" w:rsidRDefault="002F7E5C" w:rsidP="002F7E5C">
                    <w:pPr>
                      <w:rPr>
                        <w:sz w:val="32"/>
                      </w:rPr>
                    </w:pPr>
                    <w:r>
                      <w:rPr>
                        <w:sz w:val="32"/>
                      </w:rPr>
                      <w:t>www.ilminlibrary.com</w:t>
                    </w:r>
                  </w:p>
                </w:txbxContent>
              </v:textbox>
            </v:shape>
          </w:pict>
        </mc:Fallback>
      </mc:AlternateContent>
    </w:r>
    <w:r w:rsidR="00F57D75">
      <w:rPr>
        <w:noProof/>
        <w:color w:val="000000" w:themeColor="text1"/>
        <w:lang w:val="fr-FR" w:eastAsia="fr-FR"/>
      </w:rPr>
      <w:drawing>
        <wp:anchor distT="0" distB="0" distL="114300" distR="114300" simplePos="0" relativeHeight="251657216" behindDoc="1" locked="0" layoutInCell="1" allowOverlap="1" wp14:anchorId="37A1D877" wp14:editId="56FA2D23">
          <wp:simplePos x="0" y="0"/>
          <wp:positionH relativeFrom="column">
            <wp:posOffset>-194310</wp:posOffset>
          </wp:positionH>
          <wp:positionV relativeFrom="paragraph">
            <wp:posOffset>-456655</wp:posOffset>
          </wp:positionV>
          <wp:extent cx="1033975" cy="731520"/>
          <wp:effectExtent l="0" t="0" r="0" b="0"/>
          <wp:wrapNone/>
          <wp:docPr id="1" name="Image 1" descr="C:\Users\FBI-STORE\AppData\Local\Microsoft\Windows\INetCache\Content.Word\logo ilmin bibli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FBI-STORE\AppData\Local\Microsoft\Windows\INetCache\Content.Word\logo ilmin biblio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9252"/>
                  <a:stretch/>
                </pic:blipFill>
                <pic:spPr bwMode="auto">
                  <a:xfrm>
                    <a:off x="0" y="0"/>
                    <a:ext cx="1033975" cy="73152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44AE12E6"/>
    <w:multiLevelType w:val="hybridMultilevel"/>
    <w:tmpl w:val="E3FAA404"/>
    <w:lvl w:ilvl="0" w:tplc="C8223EC2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AAF5423"/>
    <w:multiLevelType w:val="hybridMultilevel"/>
    <w:tmpl w:val="0DFAA224"/>
    <w:lvl w:ilvl="0" w:tplc="129C2970">
      <w:numFmt w:val="bullet"/>
      <w:lvlText w:val="-"/>
      <w:lvlJc w:val="left"/>
      <w:pPr>
        <w:ind w:left="1080" w:hanging="360"/>
      </w:pPr>
      <w:rPr>
        <w:rFonts w:ascii="Cambria" w:eastAsiaTheme="minorEastAsia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57AE7C5B"/>
    <w:multiLevelType w:val="hybridMultilevel"/>
    <w:tmpl w:val="0B041BA4"/>
    <w:lvl w:ilvl="0" w:tplc="17F0996A">
      <w:numFmt w:val="bullet"/>
      <w:lvlText w:val="-"/>
      <w:lvlJc w:val="left"/>
      <w:pPr>
        <w:ind w:left="1440" w:hanging="360"/>
      </w:pPr>
      <w:rPr>
        <w:rFonts w:ascii="Cambria" w:eastAsiaTheme="minorEastAsia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  <w:num w:numId="11">
    <w:abstractNumId w:val="10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14jCNLMlC9iqcfCrVZvaQ7TQohGRXC/nbj8KoOjmzAQgOIFQn14mefXyq+MOLBpqZEVu7pnt4QHOSIudbGYVPA==" w:salt="w+9wr7RLR9O7ezTZqGDbiw==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5753F"/>
    <w:rsid w:val="0028060E"/>
    <w:rsid w:val="0029639D"/>
    <w:rsid w:val="002F7E5C"/>
    <w:rsid w:val="00326F90"/>
    <w:rsid w:val="00342A36"/>
    <w:rsid w:val="00365947"/>
    <w:rsid w:val="00450806"/>
    <w:rsid w:val="004C2F44"/>
    <w:rsid w:val="005E5BE4"/>
    <w:rsid w:val="00642B24"/>
    <w:rsid w:val="007D5AE3"/>
    <w:rsid w:val="00A6349C"/>
    <w:rsid w:val="00A8388D"/>
    <w:rsid w:val="00A861F0"/>
    <w:rsid w:val="00AA1D8D"/>
    <w:rsid w:val="00B217C7"/>
    <w:rsid w:val="00B47730"/>
    <w:rsid w:val="00BA3135"/>
    <w:rsid w:val="00C57FE5"/>
    <w:rsid w:val="00C804C9"/>
    <w:rsid w:val="00CB0664"/>
    <w:rsid w:val="00D2594B"/>
    <w:rsid w:val="00E23893"/>
    <w:rsid w:val="00EA67DB"/>
    <w:rsid w:val="00F57D75"/>
    <w:rsid w:val="00FC501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2194145E-ABF2-42DE-B969-5F6CD3065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Emphasepl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Emphase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pl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TableauGrille6Couleur">
    <w:name w:val="Grid Table 6 Colorful"/>
    <w:basedOn w:val="TableauNormal"/>
    <w:uiPriority w:val="51"/>
    <w:rsid w:val="00B217C7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Textedelespacerserv">
    <w:name w:val="Placeholder Text"/>
    <w:basedOn w:val="Policepardfaut"/>
    <w:uiPriority w:val="99"/>
    <w:semiHidden/>
    <w:rsid w:val="004C2F44"/>
    <w:rPr>
      <w:color w:val="808080"/>
    </w:rPr>
  </w:style>
  <w:style w:type="character" w:styleId="Lienhypertexte">
    <w:name w:val="Hyperlink"/>
    <w:basedOn w:val="Policepardfaut"/>
    <w:uiPriority w:val="99"/>
    <w:unhideWhenUsed/>
    <w:rsid w:val="00FC501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tact@ilminlibrary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linkedin.com/company/ilmin-library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eb.facebook.com/ilminlibrary" TargetMode="External"/><Relationship Id="rId14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186857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87712BE-5979-42CB-A4D5-8DBBB93C9586}"/>
      </w:docPartPr>
      <w:docPartBody>
        <w:p w:rsidR="009706AA" w:rsidRDefault="00421DD2">
          <w:r w:rsidRPr="00EE590F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588695C150464B46915146450614608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D5E956C-D7D6-4CDB-8AC1-CB3D2C4A1455}"/>
      </w:docPartPr>
      <w:docPartBody>
        <w:p w:rsidR="009706AA" w:rsidRDefault="00421DD2" w:rsidP="00421DD2">
          <w:pPr>
            <w:pStyle w:val="588695C150464B46915146450614608D"/>
          </w:pPr>
          <w:r w:rsidRPr="00EE590F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8A471B84CB9D48699A142A5EAC2F96B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A01A0F6-5C5E-4C6C-9D97-73C2B8958899}"/>
      </w:docPartPr>
      <w:docPartBody>
        <w:p w:rsidR="009706AA" w:rsidRDefault="00421DD2" w:rsidP="00421DD2">
          <w:pPr>
            <w:pStyle w:val="8A471B84CB9D48699A142A5EAC2F96B7"/>
          </w:pPr>
          <w:r w:rsidRPr="00EE590F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8535C8A879D34EF78E85A420F36008D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58E83FA-C052-4E55-8AE1-B6D20CCEC4DE}"/>
      </w:docPartPr>
      <w:docPartBody>
        <w:p w:rsidR="009706AA" w:rsidRDefault="00421DD2" w:rsidP="00421DD2">
          <w:pPr>
            <w:pStyle w:val="8535C8A879D34EF78E85A420F36008D1"/>
          </w:pPr>
          <w:r w:rsidRPr="00EE590F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E351F7A59E624411B8BDC38D1D805E3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35CA62A-12A9-4CDC-B8F7-75422FFFC58C}"/>
      </w:docPartPr>
      <w:docPartBody>
        <w:p w:rsidR="009706AA" w:rsidRDefault="00421DD2" w:rsidP="00421DD2">
          <w:pPr>
            <w:pStyle w:val="E351F7A59E624411B8BDC38D1D805E32"/>
          </w:pPr>
          <w:r w:rsidRPr="00EE590F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E4C234F3CE4946AFB53DA4D87F7C97E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5C8057E-1268-4AA4-A331-666391D9C4D0}"/>
      </w:docPartPr>
      <w:docPartBody>
        <w:p w:rsidR="009706AA" w:rsidRDefault="00421DD2" w:rsidP="00421DD2">
          <w:pPr>
            <w:pStyle w:val="E4C234F3CE4946AFB53DA4D87F7C97E0"/>
          </w:pPr>
          <w:r w:rsidRPr="00EE590F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6A552C44A9874A4BADC70933D2F7BCD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40FB94A-E5C4-4525-8F52-92653D376F3B}"/>
      </w:docPartPr>
      <w:docPartBody>
        <w:p w:rsidR="009706AA" w:rsidRDefault="00421DD2" w:rsidP="00421DD2">
          <w:pPr>
            <w:pStyle w:val="6A552C44A9874A4BADC70933D2F7BCDD"/>
          </w:pPr>
          <w:r w:rsidRPr="00EE590F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F2A4E020608145D2893D30DD94D1F7C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ECE8EB5-B2A1-4A25-8FDA-C15D43813DB6}"/>
      </w:docPartPr>
      <w:docPartBody>
        <w:p w:rsidR="009706AA" w:rsidRDefault="00421DD2" w:rsidP="00421DD2">
          <w:pPr>
            <w:pStyle w:val="F2A4E020608145D2893D30DD94D1F7C9"/>
          </w:pPr>
          <w:r w:rsidRPr="00EE590F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9F1AA732E12D45929F9EF4404F75BEE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9F7F3A4-AB16-4DA4-AA70-47A73C814EF5}"/>
      </w:docPartPr>
      <w:docPartBody>
        <w:p w:rsidR="009706AA" w:rsidRDefault="00421DD2" w:rsidP="00421DD2">
          <w:pPr>
            <w:pStyle w:val="9F1AA732E12D45929F9EF4404F75BEEF"/>
          </w:pPr>
          <w:r w:rsidRPr="00EE590F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7C9A099D3071465D88524CDEAE85F29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6ABAF55-527E-4C6D-80D0-7D7189DB5AF9}"/>
      </w:docPartPr>
      <w:docPartBody>
        <w:p w:rsidR="009706AA" w:rsidRDefault="00421DD2" w:rsidP="00421DD2">
          <w:pPr>
            <w:pStyle w:val="7C9A099D3071465D88524CDEAE85F29E"/>
          </w:pPr>
          <w:r w:rsidRPr="00EE590F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F8BE816140A5421E80AC43A16B42594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8D8B4ED-AA1E-41A1-8A63-B32F80B3B27F}"/>
      </w:docPartPr>
      <w:docPartBody>
        <w:p w:rsidR="009706AA" w:rsidRDefault="00421DD2" w:rsidP="00421DD2">
          <w:pPr>
            <w:pStyle w:val="F8BE816140A5421E80AC43A16B425949"/>
          </w:pPr>
          <w:r w:rsidRPr="00EE590F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2AA1B480AB5949E38832F81B2BCD618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C44B3E3-4E9E-4B56-95CC-20E1281D7F9C}"/>
      </w:docPartPr>
      <w:docPartBody>
        <w:p w:rsidR="009706AA" w:rsidRDefault="00421DD2" w:rsidP="00421DD2">
          <w:pPr>
            <w:pStyle w:val="2AA1B480AB5949E38832F81B2BCD618B"/>
          </w:pPr>
          <w:r w:rsidRPr="00EE590F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FC7CDC538F7F463891B44B6821C19E5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94F2DAD-79DF-429B-9B5A-D4E08AFDA4D0}"/>
      </w:docPartPr>
      <w:docPartBody>
        <w:p w:rsidR="009706AA" w:rsidRDefault="00421DD2" w:rsidP="00421DD2">
          <w:pPr>
            <w:pStyle w:val="FC7CDC538F7F463891B44B6821C19E58"/>
          </w:pPr>
          <w:r w:rsidRPr="00EE590F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546FB2AD19C94249ACA181309553233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EE86DF8-A5AD-4D82-B12F-4866583126C8}"/>
      </w:docPartPr>
      <w:docPartBody>
        <w:p w:rsidR="009706AA" w:rsidRDefault="00421DD2" w:rsidP="00421DD2">
          <w:pPr>
            <w:pStyle w:val="546FB2AD19C94249ACA181309553233B"/>
          </w:pPr>
          <w:r w:rsidRPr="00EE590F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3A15E6D2858C478B9CC77C0334F8686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F38D95A-7684-4648-8E41-8DEF3A58FDDD}"/>
      </w:docPartPr>
      <w:docPartBody>
        <w:p w:rsidR="009706AA" w:rsidRDefault="00421DD2" w:rsidP="00421DD2">
          <w:pPr>
            <w:pStyle w:val="3A15E6D2858C478B9CC77C0334F86860"/>
          </w:pPr>
          <w:r w:rsidRPr="00EE590F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683D62EBAFE54487AE999B27F5FB9D5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37B50D0-FF76-44B3-B1A1-D993EBA36C0C}"/>
      </w:docPartPr>
      <w:docPartBody>
        <w:p w:rsidR="009706AA" w:rsidRDefault="00421DD2" w:rsidP="00421DD2">
          <w:pPr>
            <w:pStyle w:val="683D62EBAFE54487AE999B27F5FB9D51"/>
          </w:pPr>
          <w:r w:rsidRPr="00EE590F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2C947CDD01CC40FFB9668E24FDB15A2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1CB1986-5DB4-4601-8341-B4354E25A1D6}"/>
      </w:docPartPr>
      <w:docPartBody>
        <w:p w:rsidR="009706AA" w:rsidRDefault="00421DD2" w:rsidP="00421DD2">
          <w:pPr>
            <w:pStyle w:val="2C947CDD01CC40FFB9668E24FDB15A27"/>
          </w:pPr>
          <w:r w:rsidRPr="00EE590F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20B347710CD944A39C5CF8ECB8ADD05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323C2BC-C8D7-4506-A2B1-50BC75F28542}"/>
      </w:docPartPr>
      <w:docPartBody>
        <w:p w:rsidR="009706AA" w:rsidRDefault="00421DD2" w:rsidP="00421DD2">
          <w:pPr>
            <w:pStyle w:val="20B347710CD944A39C5CF8ECB8ADD05A"/>
          </w:pPr>
          <w:r w:rsidRPr="00EE590F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0D46B60BBCC646F3A32338DF25B187E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47BDE18-83DD-402F-9439-600BAA64AAEE}"/>
      </w:docPartPr>
      <w:docPartBody>
        <w:p w:rsidR="009706AA" w:rsidRDefault="00421DD2" w:rsidP="00421DD2">
          <w:pPr>
            <w:pStyle w:val="0D46B60BBCC646F3A32338DF25B187E2"/>
          </w:pPr>
          <w:r w:rsidRPr="00EE590F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40BB259F3249426B9A147AF773616A2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7ED2CC9-68BB-4A86-914F-2E9318AF8BD6}"/>
      </w:docPartPr>
      <w:docPartBody>
        <w:p w:rsidR="009706AA" w:rsidRDefault="00421DD2" w:rsidP="00421DD2">
          <w:pPr>
            <w:pStyle w:val="40BB259F3249426B9A147AF773616A24"/>
          </w:pPr>
          <w:r w:rsidRPr="00EE590F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1C48B9A23D884816BEC4A931DA5CA40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6C56B21-1DC7-4808-9F77-51689B55F5F0}"/>
      </w:docPartPr>
      <w:docPartBody>
        <w:p w:rsidR="009706AA" w:rsidRDefault="00421DD2" w:rsidP="00421DD2">
          <w:pPr>
            <w:pStyle w:val="1C48B9A23D884816BEC4A931DA5CA40B"/>
          </w:pPr>
          <w:r w:rsidRPr="00EE590F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89F7A9583B724AFD80A3CD25109E1A0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DCF7332-E6F8-4EE5-B3CE-AE38EFA51302}"/>
      </w:docPartPr>
      <w:docPartBody>
        <w:p w:rsidR="009706AA" w:rsidRDefault="00421DD2" w:rsidP="00421DD2">
          <w:pPr>
            <w:pStyle w:val="89F7A9583B724AFD80A3CD25109E1A01"/>
          </w:pPr>
          <w:r w:rsidRPr="00EE590F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1103D32BD2B84CA0B7DBE9B20F21A9B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1966F27-1D96-4688-8596-E901E4264349}"/>
      </w:docPartPr>
      <w:docPartBody>
        <w:p w:rsidR="009706AA" w:rsidRDefault="00421DD2" w:rsidP="00421DD2">
          <w:pPr>
            <w:pStyle w:val="1103D32BD2B84CA0B7DBE9B20F21A9BC"/>
          </w:pPr>
          <w:r w:rsidRPr="00EE590F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40987DD9CE9440E2B4A9EAC069A3D76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73068FB-D4B5-48A4-8DC9-7FC35281DE3C}"/>
      </w:docPartPr>
      <w:docPartBody>
        <w:p w:rsidR="009706AA" w:rsidRDefault="00421DD2" w:rsidP="00421DD2">
          <w:pPr>
            <w:pStyle w:val="40987DD9CE9440E2B4A9EAC069A3D76A"/>
          </w:pPr>
          <w:r w:rsidRPr="00EE590F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AE184EBE3A2F4F28B3CD7185435E76C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6773DEE-2261-4DC5-88F4-A9D47D03DA0E}"/>
      </w:docPartPr>
      <w:docPartBody>
        <w:p w:rsidR="009706AA" w:rsidRDefault="00421DD2" w:rsidP="00421DD2">
          <w:pPr>
            <w:pStyle w:val="AE184EBE3A2F4F28B3CD7185435E76C0"/>
          </w:pPr>
          <w:r w:rsidRPr="00EE590F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BEE41E3A9B69457E856237D198E7D37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0C0B9C5-0D4C-4786-AC56-1464AB7A9BD8}"/>
      </w:docPartPr>
      <w:docPartBody>
        <w:p w:rsidR="009706AA" w:rsidRDefault="00421DD2" w:rsidP="00421DD2">
          <w:pPr>
            <w:pStyle w:val="BEE41E3A9B69457E856237D198E7D37F"/>
          </w:pPr>
          <w:r w:rsidRPr="00EE590F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04D6CC525D564DDAAB310E765254E62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08245F8-4F98-4712-88CF-07570B281230}"/>
      </w:docPartPr>
      <w:docPartBody>
        <w:p w:rsidR="00847391" w:rsidRDefault="009706AA" w:rsidP="009706AA">
          <w:pPr>
            <w:pStyle w:val="04D6CC525D564DDAAB310E765254E62D"/>
          </w:pPr>
          <w:r w:rsidRPr="00EE590F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86974AB504CB4489AA07B8092512DDE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68A6635-10FE-4E97-BAA4-073CF2172151}"/>
      </w:docPartPr>
      <w:docPartBody>
        <w:p w:rsidR="00847391" w:rsidRDefault="009706AA" w:rsidP="009706AA">
          <w:pPr>
            <w:pStyle w:val="86974AB504CB4489AA07B8092512DDEF"/>
          </w:pPr>
          <w:r w:rsidRPr="00EE590F">
            <w:rPr>
              <w:rStyle w:val="Textedelespacerserv"/>
            </w:rPr>
            <w:t>Cliquez ici pour entrer du texte.</w:t>
          </w:r>
        </w:p>
      </w:docPartBody>
    </w:docPart>
    <w:docPart>
      <w:docPartPr>
        <w:name w:val="DefaultPlaceholder_108186857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B540D6E-CB71-414F-BB77-82495E08B620}"/>
      </w:docPartPr>
      <w:docPartBody>
        <w:p w:rsidR="00847391" w:rsidRDefault="009706AA">
          <w:r w:rsidRPr="002E1D82">
            <w:rPr>
              <w:rStyle w:val="Textedelespacerserv"/>
            </w:rPr>
            <w:t>Choisissez un élément.</w:t>
          </w:r>
        </w:p>
      </w:docPartBody>
    </w:docPart>
    <w:docPart>
      <w:docPartPr>
        <w:name w:val="DefaultPlaceholder_108186857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6056344-5067-485D-B240-410DF87193E2}"/>
      </w:docPartPr>
      <w:docPartBody>
        <w:p w:rsidR="00847391" w:rsidRDefault="009706AA">
          <w:r w:rsidRPr="002E1D82">
            <w:rPr>
              <w:rStyle w:val="Textedelespacerserv"/>
            </w:rPr>
            <w:t>Cliquez ici pour entrer une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1DD2"/>
    <w:rsid w:val="001F2B2C"/>
    <w:rsid w:val="00220195"/>
    <w:rsid w:val="002D54AB"/>
    <w:rsid w:val="00421DD2"/>
    <w:rsid w:val="00847391"/>
    <w:rsid w:val="00970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9706AA"/>
    <w:rPr>
      <w:color w:val="808080"/>
    </w:rPr>
  </w:style>
  <w:style w:type="paragraph" w:customStyle="1" w:styleId="2F756B75E1AA4F3EAA702D73829113C5">
    <w:name w:val="2F756B75E1AA4F3EAA702D73829113C5"/>
    <w:rsid w:val="00421DD2"/>
  </w:style>
  <w:style w:type="paragraph" w:customStyle="1" w:styleId="394C83F1F77C46F98F24463B6FC87FC6">
    <w:name w:val="394C83F1F77C46F98F24463B6FC87FC6"/>
    <w:rsid w:val="00421DD2"/>
  </w:style>
  <w:style w:type="paragraph" w:customStyle="1" w:styleId="4A71833F7BFE4D13962ECDF7BEB53B9B">
    <w:name w:val="4A71833F7BFE4D13962ECDF7BEB53B9B"/>
    <w:rsid w:val="00421DD2"/>
  </w:style>
  <w:style w:type="paragraph" w:customStyle="1" w:styleId="0507B7051B2D454486A905AF948E5508">
    <w:name w:val="0507B7051B2D454486A905AF948E5508"/>
    <w:rsid w:val="00421DD2"/>
  </w:style>
  <w:style w:type="paragraph" w:customStyle="1" w:styleId="7EF21A60527F4FB1B4F4AD9797A28118">
    <w:name w:val="7EF21A60527F4FB1B4F4AD9797A28118"/>
    <w:rsid w:val="00421DD2"/>
  </w:style>
  <w:style w:type="paragraph" w:customStyle="1" w:styleId="00A56AD33B2E4DD3A1BD7D3801C53FC3">
    <w:name w:val="00A56AD33B2E4DD3A1BD7D3801C53FC3"/>
    <w:rsid w:val="00421DD2"/>
  </w:style>
  <w:style w:type="paragraph" w:customStyle="1" w:styleId="FE6D9CFD9D954A7CA4C708164872F0EF">
    <w:name w:val="FE6D9CFD9D954A7CA4C708164872F0EF"/>
    <w:rsid w:val="00421DD2"/>
  </w:style>
  <w:style w:type="paragraph" w:customStyle="1" w:styleId="50D7B3DCEAE0400081872496077AE5EC">
    <w:name w:val="50D7B3DCEAE0400081872496077AE5EC"/>
    <w:rsid w:val="00421DD2"/>
  </w:style>
  <w:style w:type="paragraph" w:customStyle="1" w:styleId="25105F61A3C1498FB0121381CA078B93">
    <w:name w:val="25105F61A3C1498FB0121381CA078B93"/>
    <w:rsid w:val="00421DD2"/>
  </w:style>
  <w:style w:type="paragraph" w:customStyle="1" w:styleId="0CD564155BB24079B639672F80ABDB64">
    <w:name w:val="0CD564155BB24079B639672F80ABDB64"/>
    <w:rsid w:val="00421DD2"/>
  </w:style>
  <w:style w:type="paragraph" w:customStyle="1" w:styleId="D5830D13440C4730B0FCC1E1FFEFA646">
    <w:name w:val="D5830D13440C4730B0FCC1E1FFEFA646"/>
    <w:rsid w:val="00421DD2"/>
  </w:style>
  <w:style w:type="paragraph" w:customStyle="1" w:styleId="A5C2B7CA3D1046A494B1130871791B01">
    <w:name w:val="A5C2B7CA3D1046A494B1130871791B01"/>
    <w:rsid w:val="00421DD2"/>
  </w:style>
  <w:style w:type="paragraph" w:customStyle="1" w:styleId="1181D13AC4DB4EC3917C3353413C2127">
    <w:name w:val="1181D13AC4DB4EC3917C3353413C2127"/>
    <w:rsid w:val="00421DD2"/>
  </w:style>
  <w:style w:type="paragraph" w:customStyle="1" w:styleId="507E2833FC144B4184F7DCC2F9507FD5">
    <w:name w:val="507E2833FC144B4184F7DCC2F9507FD5"/>
    <w:rsid w:val="00421DD2"/>
  </w:style>
  <w:style w:type="paragraph" w:customStyle="1" w:styleId="B59F450A214A425A8B1A2FEECCCD681E">
    <w:name w:val="B59F450A214A425A8B1A2FEECCCD681E"/>
    <w:rsid w:val="00421DD2"/>
  </w:style>
  <w:style w:type="paragraph" w:customStyle="1" w:styleId="F857CA01BF8C45E998D8C929AE8D766A">
    <w:name w:val="F857CA01BF8C45E998D8C929AE8D766A"/>
    <w:rsid w:val="00421DD2"/>
  </w:style>
  <w:style w:type="paragraph" w:customStyle="1" w:styleId="EE07B7E762314F45A8646F8DCE114AF8">
    <w:name w:val="EE07B7E762314F45A8646F8DCE114AF8"/>
    <w:rsid w:val="00421DD2"/>
  </w:style>
  <w:style w:type="paragraph" w:customStyle="1" w:styleId="6913CA8AB49D4402B70237477C79D9F9">
    <w:name w:val="6913CA8AB49D4402B70237477C79D9F9"/>
    <w:rsid w:val="00421DD2"/>
  </w:style>
  <w:style w:type="paragraph" w:customStyle="1" w:styleId="5F375700B85B4ABB97E7A6E63FF7C85A">
    <w:name w:val="5F375700B85B4ABB97E7A6E63FF7C85A"/>
    <w:rsid w:val="00421DD2"/>
  </w:style>
  <w:style w:type="paragraph" w:customStyle="1" w:styleId="C9315D954ED342E79150F317E763641D">
    <w:name w:val="C9315D954ED342E79150F317E763641D"/>
    <w:rsid w:val="00421DD2"/>
  </w:style>
  <w:style w:type="paragraph" w:customStyle="1" w:styleId="6F9F86B0551441809F88171F2C5D098A">
    <w:name w:val="6F9F86B0551441809F88171F2C5D098A"/>
    <w:rsid w:val="00421DD2"/>
  </w:style>
  <w:style w:type="paragraph" w:customStyle="1" w:styleId="588695C150464B46915146450614608D">
    <w:name w:val="588695C150464B46915146450614608D"/>
    <w:rsid w:val="00421DD2"/>
  </w:style>
  <w:style w:type="paragraph" w:customStyle="1" w:styleId="8A471B84CB9D48699A142A5EAC2F96B7">
    <w:name w:val="8A471B84CB9D48699A142A5EAC2F96B7"/>
    <w:rsid w:val="00421DD2"/>
  </w:style>
  <w:style w:type="paragraph" w:customStyle="1" w:styleId="8535C8A879D34EF78E85A420F36008D1">
    <w:name w:val="8535C8A879D34EF78E85A420F36008D1"/>
    <w:rsid w:val="00421DD2"/>
  </w:style>
  <w:style w:type="paragraph" w:customStyle="1" w:styleId="E351F7A59E624411B8BDC38D1D805E32">
    <w:name w:val="E351F7A59E624411B8BDC38D1D805E32"/>
    <w:rsid w:val="00421DD2"/>
  </w:style>
  <w:style w:type="paragraph" w:customStyle="1" w:styleId="E4C234F3CE4946AFB53DA4D87F7C97E0">
    <w:name w:val="E4C234F3CE4946AFB53DA4D87F7C97E0"/>
    <w:rsid w:val="00421DD2"/>
  </w:style>
  <w:style w:type="paragraph" w:customStyle="1" w:styleId="6A552C44A9874A4BADC70933D2F7BCDD">
    <w:name w:val="6A552C44A9874A4BADC70933D2F7BCDD"/>
    <w:rsid w:val="00421DD2"/>
  </w:style>
  <w:style w:type="paragraph" w:customStyle="1" w:styleId="F2A4E020608145D2893D30DD94D1F7C9">
    <w:name w:val="F2A4E020608145D2893D30DD94D1F7C9"/>
    <w:rsid w:val="00421DD2"/>
  </w:style>
  <w:style w:type="paragraph" w:customStyle="1" w:styleId="9F1AA732E12D45929F9EF4404F75BEEF">
    <w:name w:val="9F1AA732E12D45929F9EF4404F75BEEF"/>
    <w:rsid w:val="00421DD2"/>
  </w:style>
  <w:style w:type="paragraph" w:customStyle="1" w:styleId="7C9A099D3071465D88524CDEAE85F29E">
    <w:name w:val="7C9A099D3071465D88524CDEAE85F29E"/>
    <w:rsid w:val="00421DD2"/>
  </w:style>
  <w:style w:type="paragraph" w:customStyle="1" w:styleId="F8BE816140A5421E80AC43A16B425949">
    <w:name w:val="F8BE816140A5421E80AC43A16B425949"/>
    <w:rsid w:val="00421DD2"/>
  </w:style>
  <w:style w:type="paragraph" w:customStyle="1" w:styleId="2AA1B480AB5949E38832F81B2BCD618B">
    <w:name w:val="2AA1B480AB5949E38832F81B2BCD618B"/>
    <w:rsid w:val="00421DD2"/>
  </w:style>
  <w:style w:type="paragraph" w:customStyle="1" w:styleId="FC7CDC538F7F463891B44B6821C19E58">
    <w:name w:val="FC7CDC538F7F463891B44B6821C19E58"/>
    <w:rsid w:val="00421DD2"/>
  </w:style>
  <w:style w:type="paragraph" w:customStyle="1" w:styleId="7FD1F67AD3FE4E2CB88C037DCFDE2083">
    <w:name w:val="7FD1F67AD3FE4E2CB88C037DCFDE2083"/>
    <w:rsid w:val="00421DD2"/>
  </w:style>
  <w:style w:type="paragraph" w:customStyle="1" w:styleId="C0D74E2E8D494301BD554086200F0567">
    <w:name w:val="C0D74E2E8D494301BD554086200F0567"/>
    <w:rsid w:val="00421DD2"/>
  </w:style>
  <w:style w:type="paragraph" w:customStyle="1" w:styleId="EEFEFE769A3B43D3A41AF3394A91AEB2">
    <w:name w:val="EEFEFE769A3B43D3A41AF3394A91AEB2"/>
    <w:rsid w:val="00421DD2"/>
  </w:style>
  <w:style w:type="paragraph" w:customStyle="1" w:styleId="DF4CFC9C2A3F4DBB9AA06964D0B70122">
    <w:name w:val="DF4CFC9C2A3F4DBB9AA06964D0B70122"/>
    <w:rsid w:val="00421DD2"/>
  </w:style>
  <w:style w:type="paragraph" w:customStyle="1" w:styleId="546FB2AD19C94249ACA181309553233B">
    <w:name w:val="546FB2AD19C94249ACA181309553233B"/>
    <w:rsid w:val="00421DD2"/>
  </w:style>
  <w:style w:type="paragraph" w:customStyle="1" w:styleId="3A15E6D2858C478B9CC77C0334F86860">
    <w:name w:val="3A15E6D2858C478B9CC77C0334F86860"/>
    <w:rsid w:val="00421DD2"/>
  </w:style>
  <w:style w:type="paragraph" w:customStyle="1" w:styleId="683D62EBAFE54487AE999B27F5FB9D51">
    <w:name w:val="683D62EBAFE54487AE999B27F5FB9D51"/>
    <w:rsid w:val="00421DD2"/>
  </w:style>
  <w:style w:type="paragraph" w:customStyle="1" w:styleId="2C947CDD01CC40FFB9668E24FDB15A27">
    <w:name w:val="2C947CDD01CC40FFB9668E24FDB15A27"/>
    <w:rsid w:val="00421DD2"/>
  </w:style>
  <w:style w:type="paragraph" w:customStyle="1" w:styleId="20B347710CD944A39C5CF8ECB8ADD05A">
    <w:name w:val="20B347710CD944A39C5CF8ECB8ADD05A"/>
    <w:rsid w:val="00421DD2"/>
  </w:style>
  <w:style w:type="paragraph" w:customStyle="1" w:styleId="0D46B60BBCC646F3A32338DF25B187E2">
    <w:name w:val="0D46B60BBCC646F3A32338DF25B187E2"/>
    <w:rsid w:val="00421DD2"/>
  </w:style>
  <w:style w:type="paragraph" w:customStyle="1" w:styleId="40BB259F3249426B9A147AF773616A24">
    <w:name w:val="40BB259F3249426B9A147AF773616A24"/>
    <w:rsid w:val="00421DD2"/>
  </w:style>
  <w:style w:type="paragraph" w:customStyle="1" w:styleId="1C48B9A23D884816BEC4A931DA5CA40B">
    <w:name w:val="1C48B9A23D884816BEC4A931DA5CA40B"/>
    <w:rsid w:val="00421DD2"/>
  </w:style>
  <w:style w:type="paragraph" w:customStyle="1" w:styleId="89F7A9583B724AFD80A3CD25109E1A01">
    <w:name w:val="89F7A9583B724AFD80A3CD25109E1A01"/>
    <w:rsid w:val="00421DD2"/>
  </w:style>
  <w:style w:type="paragraph" w:customStyle="1" w:styleId="1103D32BD2B84CA0B7DBE9B20F21A9BC">
    <w:name w:val="1103D32BD2B84CA0B7DBE9B20F21A9BC"/>
    <w:rsid w:val="00421DD2"/>
  </w:style>
  <w:style w:type="paragraph" w:customStyle="1" w:styleId="40987DD9CE9440E2B4A9EAC069A3D76A">
    <w:name w:val="40987DD9CE9440E2B4A9EAC069A3D76A"/>
    <w:rsid w:val="00421DD2"/>
  </w:style>
  <w:style w:type="paragraph" w:customStyle="1" w:styleId="AE184EBE3A2F4F28B3CD7185435E76C0">
    <w:name w:val="AE184EBE3A2F4F28B3CD7185435E76C0"/>
    <w:rsid w:val="00421DD2"/>
  </w:style>
  <w:style w:type="paragraph" w:customStyle="1" w:styleId="BEE41E3A9B69457E856237D198E7D37F">
    <w:name w:val="BEE41E3A9B69457E856237D198E7D37F"/>
    <w:rsid w:val="00421DD2"/>
  </w:style>
  <w:style w:type="paragraph" w:customStyle="1" w:styleId="5D77FF9AFD644A22AD56E6FB5C6A3650">
    <w:name w:val="5D77FF9AFD644A22AD56E6FB5C6A3650"/>
    <w:rsid w:val="009706AA"/>
  </w:style>
  <w:style w:type="paragraph" w:customStyle="1" w:styleId="04D6CC525D564DDAAB310E765254E62D">
    <w:name w:val="04D6CC525D564DDAAB310E765254E62D"/>
    <w:rsid w:val="009706AA"/>
  </w:style>
  <w:style w:type="paragraph" w:customStyle="1" w:styleId="86974AB504CB4489AA07B8092512DDEF">
    <w:name w:val="86974AB504CB4489AA07B8092512DDEF"/>
    <w:rsid w:val="009706AA"/>
  </w:style>
  <w:style w:type="paragraph" w:customStyle="1" w:styleId="FE6AE3FC0730400D84ED23FD708DC854">
    <w:name w:val="FE6AE3FC0730400D84ED23FD708DC854"/>
    <w:rsid w:val="009706AA"/>
  </w:style>
  <w:style w:type="paragraph" w:customStyle="1" w:styleId="C5CDA0879EED4AF2A01A81D983DDD6E2">
    <w:name w:val="C5CDA0879EED4AF2A01A81D983DDD6E2"/>
    <w:rsid w:val="009706AA"/>
  </w:style>
  <w:style w:type="paragraph" w:customStyle="1" w:styleId="E1C56D8D396E409E881428F64C3B4FAB">
    <w:name w:val="E1C56D8D396E409E881428F64C3B4FAB"/>
    <w:rsid w:val="009706A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A580F3B-FA63-42B6-BE7C-4CB376764A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1</Pages>
  <Words>493</Words>
  <Characters>2716</Characters>
  <Application>Microsoft Office Word</Application>
  <DocSecurity>0</DocSecurity>
  <Lines>22</Lines>
  <Paragraphs>6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3203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FBI-STORE</cp:lastModifiedBy>
  <cp:revision>12</cp:revision>
  <cp:lastPrinted>2025-09-22T21:09:00Z</cp:lastPrinted>
  <dcterms:created xsi:type="dcterms:W3CDTF">2013-12-23T23:15:00Z</dcterms:created>
  <dcterms:modified xsi:type="dcterms:W3CDTF">2025-09-22T21:17:00Z</dcterms:modified>
  <cp:category/>
</cp:coreProperties>
</file>