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53F" w:rsidRPr="00342A36" w:rsidRDefault="007C17C1" w:rsidP="00F57D75">
      <w:pPr>
        <w:pStyle w:val="Titre1"/>
        <w:jc w:val="center"/>
        <w:rPr>
          <w:rFonts w:ascii="Times New Roman" w:hAnsi="Times New Roman" w:cs="Times New Roman"/>
          <w:color w:val="FFFFFF" w:themeColor="background1"/>
        </w:rPr>
      </w:pPr>
      <w:r>
        <w:rPr>
          <w:rFonts w:ascii="Times New Roman" w:hAnsi="Times New Roman" w:cs="Times New Roman"/>
          <w:color w:val="FFFFFF" w:themeColor="background1"/>
          <w:highlight w:val="black"/>
        </w:rPr>
        <w:t xml:space="preserve">          </w:t>
      </w:r>
      <w:r w:rsidRPr="00342A36">
        <w:rPr>
          <w:rFonts w:ascii="Times New Roman" w:hAnsi="Times New Roman" w:cs="Times New Roman"/>
          <w:color w:val="FFFFFF" w:themeColor="background1"/>
          <w:highlight w:val="black"/>
        </w:rPr>
        <w:t xml:space="preserve">SCIENTIFIC </w:t>
      </w:r>
      <w:r w:rsidR="00450806">
        <w:rPr>
          <w:rFonts w:ascii="Times New Roman" w:hAnsi="Times New Roman" w:cs="Times New Roman"/>
          <w:color w:val="FFFFFF" w:themeColor="background1"/>
          <w:highlight w:val="black"/>
        </w:rPr>
        <w:t xml:space="preserve">ARTICLE / WORK SUBMISSION FORM </w:t>
      </w:r>
      <w:proofErr w:type="gramStart"/>
      <w:r w:rsidR="00B217C7" w:rsidRPr="00450806">
        <w:rPr>
          <w:rFonts w:ascii="Times New Roman" w:hAnsi="Times New Roman" w:cs="Times New Roman"/>
          <w:color w:val="auto"/>
          <w:highlight w:val="black"/>
        </w:rPr>
        <w:t>L</w:t>
      </w:r>
      <w:r w:rsidR="00450806">
        <w:rPr>
          <w:rFonts w:ascii="Times New Roman" w:hAnsi="Times New Roman" w:cs="Times New Roman"/>
          <w:color w:val="FFFFFF" w:themeColor="background1"/>
          <w:highlight w:val="black"/>
        </w:rPr>
        <w:t xml:space="preserve">  </w:t>
      </w:r>
      <w:r w:rsidR="00450806" w:rsidRPr="00450806">
        <w:rPr>
          <w:rFonts w:ascii="Times New Roman" w:hAnsi="Times New Roman" w:cs="Times New Roman"/>
          <w:color w:val="auto"/>
          <w:highlight w:val="black"/>
        </w:rPr>
        <w:t>E</w:t>
      </w:r>
      <w:proofErr w:type="gramEnd"/>
      <w:r w:rsidR="00450806" w:rsidRPr="00450806">
        <w:rPr>
          <w:rFonts w:ascii="Times New Roman" w:hAnsi="Times New Roman" w:cs="Times New Roman"/>
          <w:color w:val="auto"/>
          <w:highlight w:val="black"/>
        </w:rPr>
        <w:t xml:space="preserve"> </w:t>
      </w:r>
    </w:p>
    <w:p w:rsidR="00B217C7" w:rsidRPr="00B217C7" w:rsidRDefault="00B217C7" w:rsidP="00B217C7">
      <w:pPr>
        <w:jc w:val="center"/>
        <w:rPr>
          <w:sz w:val="28"/>
          <w:szCs w:val="28"/>
        </w:rPr>
      </w:pPr>
      <w:r w:rsidRPr="00B217C7">
        <w:rPr>
          <w:sz w:val="28"/>
          <w:szCs w:val="28"/>
        </w:rPr>
        <w:t>- - -</w:t>
      </w:r>
    </w:p>
    <w:p w:rsidR="0025753F" w:rsidRDefault="00A6349C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Identification of authors</w:t>
      </w:r>
    </w:p>
    <w:p w:rsidR="00365947" w:rsidRPr="00365947" w:rsidRDefault="00365947" w:rsidP="00365947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86"/>
        <w:gridCol w:w="2386"/>
        <w:gridCol w:w="2387"/>
        <w:gridCol w:w="2387"/>
      </w:tblGrid>
      <w:tr w:rsidR="00365947" w:rsidTr="00365947">
        <w:tc>
          <w:tcPr>
            <w:tcW w:w="2386" w:type="dxa"/>
          </w:tcPr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Name and surname of the authors</w:t>
            </w:r>
          </w:p>
        </w:tc>
        <w:tc>
          <w:tcPr>
            <w:tcW w:w="2386" w:type="dxa"/>
          </w:tcPr>
          <w:p w:rsidR="00365947" w:rsidRPr="00B217C7" w:rsidRDefault="00365947" w:rsidP="0036594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217C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Affiliation(s) / Institution(s):</w:t>
            </w:r>
          </w:p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="007C17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mail address :</w:t>
            </w:r>
          </w:p>
        </w:tc>
        <w:tc>
          <w:tcPr>
            <w:tcW w:w="2387" w:type="dxa"/>
          </w:tcPr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Telephone ( optional )</w:t>
            </w:r>
          </w:p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288200795"/>
              <w:placeholder>
                <w:docPart w:val="588695C150464B46915146450614608D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942867595"/>
              <w:placeholder>
                <w:docPart w:val="8A471B84CB9D48699A142A5EAC2F96B7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745689815"/>
              <w:placeholder>
                <w:docPart w:val="8535C8A879D34EF78E85A420F36008D1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019004785"/>
              <w:placeholder>
                <w:docPart w:val="E351F7A59E624411B8BDC38D1D805E32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595521932"/>
              <w:placeholder>
                <w:docPart w:val="E4C234F3CE4946AFB53DA4D87F7C97E0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45280333"/>
              <w:placeholder>
                <w:docPart w:val="6A552C44A9874A4BADC70933D2F7BCDD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432483517"/>
              <w:placeholder>
                <w:docPart w:val="F2A4E020608145D2893D30DD94D1F7C9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770855130"/>
              <w:placeholder>
                <w:docPart w:val="9F1AA732E12D45929F9EF4404F75BEEF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219475426"/>
              <w:placeholder>
                <w:docPart w:val="7C9A099D3071465D88524CDEAE85F29E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419711287"/>
              <w:placeholder>
                <w:docPart w:val="F8BE816140A5421E80AC43A16B425949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480736644"/>
              <w:placeholder>
                <w:docPart w:val="2AA1B480AB5949E38832F81B2BCD618B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43372909"/>
              <w:placeholder>
                <w:docPart w:val="FC7CDC538F7F463891B44B6821C19E58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127852065"/>
              <w:placeholder>
                <w:docPart w:val="546FB2AD19C94249ACA181309553233B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779528981"/>
              <w:placeholder>
                <w:docPart w:val="3A15E6D2858C478B9CC77C0334F86860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836922820"/>
              <w:placeholder>
                <w:docPart w:val="683D62EBAFE54487AE999B27F5FB9D51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682624309"/>
              <w:placeholder>
                <w:docPart w:val="2C947CDD01CC40FFB9668E24FDB15A27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020996"/>
              <w:placeholder>
                <w:docPart w:val="20B347710CD944A39C5CF8ECB8ADD05A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324539234"/>
              <w:placeholder>
                <w:docPart w:val="0D46B60BBCC646F3A32338DF25B187E2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360628945"/>
              <w:placeholder>
                <w:docPart w:val="40BB259F3249426B9A147AF773616A24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153642248"/>
              <w:placeholder>
                <w:docPart w:val="1C48B9A23D884816BEC4A931DA5CA40B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634442270"/>
              <w:placeholder>
                <w:docPart w:val="89F7A9583B724AFD80A3CD25109E1A01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2066837501"/>
              <w:placeholder>
                <w:docPart w:val="1103D32BD2B84CA0B7DBE9B20F21A9BC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446041110"/>
              <w:placeholder>
                <w:docPart w:val="40987DD9CE9440E2B4A9EAC069A3D76A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2010092789"/>
              <w:placeholder>
                <w:docPart w:val="AE184EBE3A2F4F28B3CD7185435E76C0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Click here to enter text.</w:t>
                </w:r>
              </w:p>
            </w:sdtContent>
          </w:sdt>
        </w:tc>
      </w:tr>
    </w:tbl>
    <w:p w:rsidR="00365947" w:rsidRPr="00B217C7" w:rsidRDefault="00365947" w:rsidP="00A6349C">
      <w:pPr>
        <w:rPr>
          <w:rFonts w:ascii="Times New Roman" w:hAnsi="Times New Roman" w:cs="Times New Roman"/>
          <w:sz w:val="28"/>
          <w:szCs w:val="28"/>
        </w:rPr>
      </w:pPr>
    </w:p>
    <w:p w:rsidR="00365947" w:rsidRPr="00B217C7" w:rsidRDefault="00365947" w:rsidP="00365947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Information </w:t>
      </w:r>
      <w:r>
        <w:rPr>
          <w:rFonts w:ascii="Times New Roman" w:hAnsi="Times New Roman" w:cs="Times New Roman"/>
          <w:color w:val="404040" w:themeColor="text1" w:themeTint="BF"/>
          <w:sz w:val="28"/>
          <w:szCs w:val="28"/>
        </w:rPr>
        <w:t>bibliographical</w:t>
      </w:r>
    </w:p>
    <w:p w:rsidR="00A6349C" w:rsidRPr="00B217C7" w:rsidRDefault="00A6349C" w:rsidP="00A6349C">
      <w:pPr>
        <w:rPr>
          <w:rFonts w:ascii="Times New Roman" w:hAnsi="Times New Roman" w:cs="Times New Roman"/>
          <w:sz w:val="28"/>
          <w:szCs w:val="28"/>
        </w:rPr>
      </w:pPr>
    </w:p>
    <w:p w:rsidR="007D5AE3" w:rsidRDefault="007D5AE3" w:rsidP="007D5AE3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 xml:space="preserve">Disciplines / Field 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scientists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-1958402800"/>
        <w:placeholder>
          <w:docPart w:val="04D6CC525D564DDAAB310E765254E62D"/>
        </w:placeholder>
        <w:showingPlcHdr/>
        <w:text/>
      </w:sdtPr>
      <w:sdtEndPr/>
      <w:sdtContent>
        <w:p w:rsidR="007D5AE3" w:rsidRPr="007D5AE3" w:rsidRDefault="007D5AE3" w:rsidP="00365947">
          <w:pPr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Click here to enter text.</w:t>
          </w:r>
        </w:p>
      </w:sdtContent>
    </w:sdt>
    <w:p w:rsidR="007D5AE3" w:rsidRDefault="007C17C1" w:rsidP="007D5AE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L</w:t>
      </w:r>
      <w:r w:rsidR="007D5AE3" w:rsidRPr="00B217C7">
        <w:rPr>
          <w:rFonts w:ascii="Times New Roman" w:hAnsi="Times New Roman" w:cs="Times New Roman"/>
          <w:sz w:val="28"/>
          <w:szCs w:val="28"/>
        </w:rPr>
        <w:t>anguage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1355304059"/>
        <w:placeholder>
          <w:docPart w:val="86974AB504CB4489AA07B8092512DDEF"/>
        </w:placeholder>
        <w:showingPlcHdr/>
        <w:text/>
      </w:sdtPr>
      <w:sdtEndPr/>
      <w:sdtContent>
        <w:p w:rsidR="007D5AE3" w:rsidRPr="00B217C7" w:rsidRDefault="007D5AE3" w:rsidP="007D5AE3">
          <w:pPr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Click here to enter text.</w:t>
          </w:r>
        </w:p>
      </w:sdtContent>
    </w:sdt>
    <w:p w:rsidR="007D5AE3" w:rsidRDefault="007C17C1" w:rsidP="007D5AE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T</w:t>
      </w:r>
      <w:r w:rsidR="007D5AE3" w:rsidRPr="00B217C7">
        <w:rPr>
          <w:rFonts w:ascii="Times New Roman" w:hAnsi="Times New Roman" w:cs="Times New Roman"/>
          <w:sz w:val="28"/>
          <w:szCs w:val="28"/>
        </w:rPr>
        <w:t>ype :</w:t>
      </w:r>
      <w:proofErr w:type="gramEnd"/>
      <w:r w:rsidR="007D5AE3" w:rsidRPr="00B217C7">
        <w:rPr>
          <w:rFonts w:ascii="Times New Roman" w:hAnsi="Times New Roman" w:cs="Times New Roman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1390152267"/>
          <w:placeholder>
            <w:docPart w:val="DefaultPlaceholder_1081868575"/>
          </w:placeholder>
          <w:showingPlcHdr/>
          <w15:color w:val="000000"/>
          <w:comboBox>
            <w:listItem w:value="Choisissez un élément."/>
            <w:listItem w:displayText="Research paper" w:value="Research paper"/>
            <w:listItem w:displayText="Book" w:value="Book"/>
            <w:listItem w:displayText="Contribution" w:value="Contribution"/>
            <w:listItem w:displayText="Report paper" w:value="Report paper"/>
            <w:listItem w:displayText="Doctoral thesis" w:value="Doctoral thesis"/>
            <w:listItem w:displayText="Master’s thesis" w:value="Master’s thesis"/>
          </w:comboBox>
        </w:sdtPr>
        <w:sdtEndPr/>
        <w:sdtContent>
          <w:r w:rsidR="00FC501B" w:rsidRPr="002E1D82">
            <w:rPr>
              <w:rStyle w:val="Textedelespacerserv"/>
            </w:rPr>
            <w:t>Choisissez un élément.</w:t>
          </w:r>
        </w:sdtContent>
      </w:sdt>
    </w:p>
    <w:p w:rsidR="00365947" w:rsidRDefault="00365947" w:rsidP="00FC501B">
      <w:pPr>
        <w:tabs>
          <w:tab w:val="left" w:pos="654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Title of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the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work </w:t>
      </w:r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proofErr w:type="gramEnd"/>
      <w:r w:rsidR="00FC501B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A6349C" w:rsidRDefault="00061503" w:rsidP="0036594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sdt>
        <w:sdtPr>
          <w:rPr>
            <w:rFonts w:ascii="Times New Roman" w:hAnsi="Times New Roman" w:cs="Times New Roman"/>
            <w:color w:val="000000" w:themeColor="text1"/>
            <w:sz w:val="28"/>
            <w:szCs w:val="28"/>
          </w:rPr>
          <w:id w:val="-1255127814"/>
          <w:placeholder>
            <w:docPart w:val="BEE41E3A9B69457E856237D198E7D37F"/>
          </w:placeholder>
          <w:showingPlcHdr/>
          <w:text/>
        </w:sdtPr>
        <w:sdtEndPr/>
        <w:sdtContent>
          <w:r w:rsidR="00365947" w:rsidRPr="00EE590F">
            <w:rPr>
              <w:rStyle w:val="Textedelespacerserv"/>
            </w:rPr>
            <w:t>Cliquez ici pour entrer du texte.</w:t>
          </w:r>
        </w:sdtContent>
      </w:sdt>
    </w:p>
    <w:p w:rsidR="0025753F" w:rsidRDefault="00D2594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Journal / Review / Conference (if </w:t>
      </w:r>
      <w:proofErr w:type="gramStart"/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>published )</w:t>
      </w:r>
      <w:proofErr w:type="gramEnd"/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sdt>
      <w:sdtPr>
        <w:rPr>
          <w:rFonts w:ascii="Times New Roman" w:hAnsi="Times New Roman" w:cs="Times New Roman"/>
          <w:color w:val="000000" w:themeColor="text1"/>
          <w:sz w:val="28"/>
          <w:szCs w:val="28"/>
        </w:rPr>
        <w:id w:val="-1349797834"/>
        <w:placeholder>
          <w:docPart w:val="DefaultPlaceholder_1081868574"/>
        </w:placeholder>
        <w:showingPlcHdr/>
        <w:text/>
      </w:sdtPr>
      <w:sdtEndPr/>
      <w:sdtContent>
        <w:p w:rsidR="00A6349C" w:rsidRDefault="00A6349C">
          <w:pPr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</w:pPr>
          <w:r w:rsidRPr="00EE590F">
            <w:rPr>
              <w:rStyle w:val="Textedelespacerserv"/>
            </w:rPr>
            <w:t>Click here to enter text.</w:t>
          </w:r>
        </w:p>
      </w:sdtContent>
    </w:sdt>
    <w:p w:rsidR="00FC501B" w:rsidRPr="00B217C7" w:rsidRDefault="00FC501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auGrille6Couleur"/>
        <w:tblW w:w="0" w:type="auto"/>
        <w:tblLook w:val="04A0" w:firstRow="1" w:lastRow="0" w:firstColumn="1" w:lastColumn="0" w:noHBand="0" w:noVBand="1"/>
      </w:tblPr>
      <w:tblGrid>
        <w:gridCol w:w="1809"/>
        <w:gridCol w:w="3003"/>
        <w:gridCol w:w="2405"/>
        <w:gridCol w:w="2405"/>
      </w:tblGrid>
      <w:tr w:rsidR="00B217C7" w:rsidRPr="00B217C7" w:rsidTr="007D5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B217C7" w:rsidRPr="00A861F0" w:rsidRDefault="00B217C7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Number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21924795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B217C7" w:rsidRPr="00A861F0" w:rsidRDefault="00A6349C" w:rsidP="00B217C7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  <w:tc>
          <w:tcPr>
            <w:tcW w:w="2405" w:type="dxa"/>
          </w:tcPr>
          <w:p w:rsidR="00B217C7" w:rsidRPr="00A861F0" w:rsidRDefault="00B217C7" w:rsidP="00B217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ISSN ( printed ):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871447814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B217C7" w:rsidRPr="00A861F0" w:rsidRDefault="00A6349C" w:rsidP="00B217C7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</w:tr>
      <w:tr w:rsidR="00B217C7" w:rsidRPr="00B217C7" w:rsidTr="007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B217C7" w:rsidRPr="00A861F0" w:rsidRDefault="00B217C7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Page(s):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78842670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B217C7" w:rsidRPr="00A861F0" w:rsidRDefault="00A6349C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  <w:tc>
          <w:tcPr>
            <w:tcW w:w="2405" w:type="dxa"/>
          </w:tcPr>
          <w:p w:rsidR="00B217C7" w:rsidRPr="00A861F0" w:rsidRDefault="00B217C7" w:rsidP="00B21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ISSN ( online ):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327832623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B217C7" w:rsidRPr="00A861F0" w:rsidRDefault="00A6349C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</w:tr>
      <w:tr w:rsidR="00B217C7" w:rsidRPr="00B217C7" w:rsidTr="007D5A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B217C7" w:rsidRPr="00A861F0" w:rsidRDefault="00B217C7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Publication date: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04595170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B217C7" w:rsidRPr="00A861F0" w:rsidRDefault="00A6349C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  <w:tc>
          <w:tcPr>
            <w:tcW w:w="2405" w:type="dxa"/>
          </w:tcPr>
          <w:p w:rsidR="00B217C7" w:rsidRPr="00A861F0" w:rsidRDefault="00B217C7" w:rsidP="00B21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DOI ( if available )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55045931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B217C7" w:rsidRPr="00A861F0" w:rsidRDefault="00A6349C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</w:tr>
      <w:tr w:rsidR="00C804C9" w:rsidRPr="00B217C7" w:rsidTr="007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804C9" w:rsidRPr="00A861F0" w:rsidRDefault="007D5AE3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Publishing house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81622448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  <w:tc>
          <w:tcPr>
            <w:tcW w:w="2405" w:type="dxa"/>
          </w:tcPr>
          <w:p w:rsidR="00C804C9" w:rsidRPr="00A861F0" w:rsidRDefault="00C804C9" w:rsidP="00B21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ISBN: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55900322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</w:tr>
      <w:tr w:rsidR="00C804C9" w:rsidRPr="00B217C7" w:rsidTr="007D5A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804C9" w:rsidRPr="00A861F0" w:rsidRDefault="00C804C9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Collection Name: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202920078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C804C9" w:rsidRPr="00A861F0" w:rsidRDefault="007D5AE3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  <w:tc>
          <w:tcPr>
            <w:tcW w:w="2405" w:type="dxa"/>
          </w:tcPr>
          <w:p w:rsidR="00C804C9" w:rsidRPr="00A861F0" w:rsidRDefault="00642B24" w:rsidP="00B21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Organization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690464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C804C9" w:rsidRPr="00A861F0" w:rsidRDefault="007D5AE3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</w:tr>
      <w:tr w:rsidR="00C804C9" w:rsidRPr="00B217C7" w:rsidTr="007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804C9" w:rsidRPr="00A861F0" w:rsidRDefault="00C804C9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Publisher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87628575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  <w:tc>
          <w:tcPr>
            <w:tcW w:w="2405" w:type="dxa"/>
          </w:tcPr>
          <w:p w:rsidR="00C804C9" w:rsidRPr="00A861F0" w:rsidRDefault="007D5AE3" w:rsidP="00B21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Volume: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74780606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Click here to enter text.</w:t>
                </w:r>
              </w:p>
            </w:tc>
          </w:sdtContent>
        </w:sdt>
      </w:tr>
    </w:tbl>
    <w:p w:rsidR="00B217C7" w:rsidRPr="00B217C7" w:rsidRDefault="00B217C7">
      <w:pPr>
        <w:rPr>
          <w:rFonts w:ascii="Times New Roman" w:hAnsi="Times New Roman" w:cs="Times New Roman"/>
          <w:sz w:val="28"/>
          <w:szCs w:val="28"/>
        </w:rPr>
      </w:pPr>
    </w:p>
    <w:p w:rsidR="0025753F" w:rsidRPr="00B217C7" w:rsidRDefault="00D2594B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Information complementary</w:t>
      </w:r>
    </w:p>
    <w:p w:rsidR="00F57D75" w:rsidRPr="00B217C7" w:rsidRDefault="00F57D75" w:rsidP="00F57D75">
      <w:pPr>
        <w:rPr>
          <w:rFonts w:ascii="Times New Roman" w:hAnsi="Times New Roman" w:cs="Times New Roman"/>
          <w:sz w:val="28"/>
          <w:szCs w:val="28"/>
        </w:rPr>
      </w:pPr>
    </w:p>
    <w:p w:rsidR="0025753F" w:rsidRDefault="00D2594B" w:rsidP="00B217C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217C7">
        <w:rPr>
          <w:rFonts w:ascii="Times New Roman" w:hAnsi="Times New Roman" w:cs="Times New Roman"/>
          <w:sz w:val="28"/>
          <w:szCs w:val="28"/>
        </w:rPr>
        <w:t>Abstract :</w:t>
      </w:r>
      <w:proofErr w:type="gram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46"/>
      </w:tblGrid>
      <w:tr w:rsidR="00B217C7" w:rsidTr="00B217C7">
        <w:tc>
          <w:tcPr>
            <w:tcW w:w="9546" w:type="dxa"/>
          </w:tcPr>
          <w:sdt>
            <w:sdtPr>
              <w:rPr>
                <w:rFonts w:ascii="Times New Roman" w:hAnsi="Times New Roman" w:cs="Times New Roman"/>
                <w:sz w:val="28"/>
                <w:szCs w:val="28"/>
              </w:rPr>
              <w:id w:val="-2136466649"/>
              <w:placeholder>
                <w:docPart w:val="DefaultPlaceholder_1081868574"/>
              </w:placeholder>
            </w:sdtPr>
            <w:sdtEndPr/>
            <w:sdtContent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B217C7" w:rsidRDefault="00061503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</w:sdtContent>
          </w:sdt>
        </w:tc>
      </w:tr>
    </w:tbl>
    <w:p w:rsidR="002F7E5C" w:rsidRPr="007C17C1" w:rsidRDefault="002F7E5C" w:rsidP="00B217C7">
      <w:pPr>
        <w:jc w:val="center"/>
        <w:rPr>
          <w:rFonts w:ascii="Times New Roman" w:hAnsi="Times New Roman" w:cs="Times New Roman"/>
          <w:sz w:val="2"/>
          <w:szCs w:val="28"/>
        </w:rPr>
      </w:pPr>
    </w:p>
    <w:p w:rsidR="00B217C7" w:rsidRDefault="00D2594B" w:rsidP="007D5AE3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 xml:space="preserve">Keywords (3 to 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7 )</w:t>
      </w:r>
      <w:proofErr w:type="gramEnd"/>
      <w:r w:rsidRPr="00B217C7">
        <w:rPr>
          <w:rFonts w:ascii="Times New Roman" w:hAnsi="Times New Roman" w:cs="Times New Roman"/>
          <w:sz w:val="28"/>
          <w:szCs w:val="28"/>
        </w:rPr>
        <w:t xml:space="preserve"> :</w:t>
      </w:r>
    </w:p>
    <w:sdt>
      <w:sdtPr>
        <w:rPr>
          <w:rFonts w:ascii="Times New Roman" w:hAnsi="Times New Roman" w:cs="Times New Roman"/>
          <w:sz w:val="28"/>
          <w:szCs w:val="28"/>
        </w:rPr>
        <w:id w:val="1914348081"/>
        <w:placeholder>
          <w:docPart w:val="DefaultPlaceholder_1081868574"/>
        </w:placeholder>
        <w:showingPlcHdr/>
        <w:text/>
      </w:sdtPr>
      <w:sdtEndPr/>
      <w:sdtContent>
        <w:p w:rsidR="0025753F" w:rsidRPr="00B217C7" w:rsidRDefault="007D5AE3">
          <w:pPr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Click here to enter text.</w:t>
          </w:r>
        </w:p>
      </w:sdtContent>
    </w:sdt>
    <w:p w:rsidR="007D5AE3" w:rsidRDefault="007D5AE3" w:rsidP="00FC501B"/>
    <w:p w:rsidR="0025753F" w:rsidRPr="00B217C7" w:rsidRDefault="00D2594B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Information on the deposit</w:t>
      </w:r>
    </w:p>
    <w:p w:rsidR="00F57D75" w:rsidRPr="00B217C7" w:rsidRDefault="00F57D75" w:rsidP="00F57D75">
      <w:pPr>
        <w:rPr>
          <w:rFonts w:ascii="Times New Roman" w:hAnsi="Times New Roman" w:cs="Times New Roman"/>
          <w:sz w:val="28"/>
          <w:szCs w:val="28"/>
        </w:rPr>
      </w:pPr>
    </w:p>
    <w:p w:rsidR="0025753F" w:rsidRPr="00B217C7" w:rsidRDefault="00D2594B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 xml:space="preserve">Attached file (PDF of the article / 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work )</w:t>
      </w:r>
      <w:proofErr w:type="gramEnd"/>
      <w:r w:rsidRPr="00B217C7">
        <w:rPr>
          <w:rFonts w:ascii="Times New Roman" w:hAnsi="Times New Roman" w:cs="Times New Roman"/>
          <w:sz w:val="28"/>
          <w:szCs w:val="28"/>
        </w:rPr>
        <w:t xml:space="preserve">: </w:t>
      </w:r>
      <w:sdt>
        <w:sdtPr>
          <w:rPr>
            <w:rFonts w:ascii="Times New Roman" w:hAnsi="Times New Roman" w:cs="Times New Roman"/>
            <w:sz w:val="28"/>
            <w:szCs w:val="28"/>
          </w:rPr>
          <w:id w:val="379528921"/>
          <w:placeholder>
            <w:docPart w:val="DefaultPlaceholder_1081868575"/>
          </w:placeholder>
          <w:showingPlcHdr/>
          <w:comboBox>
            <w:listItem w:value="Choisissez un élément."/>
            <w:listItem w:displayText="Yes" w:value="Yes"/>
            <w:listItem w:displayText="No" w:value="No"/>
          </w:comboBox>
        </w:sdtPr>
        <w:sdtEndPr/>
        <w:sdtContent>
          <w:r w:rsidR="00FC501B" w:rsidRPr="002E1D82">
            <w:rPr>
              <w:rStyle w:val="Textedelespacerserv"/>
            </w:rPr>
            <w:t>Choisissez un élément.</w:t>
          </w:r>
        </w:sdtContent>
      </w:sdt>
    </w:p>
    <w:p w:rsidR="00FC501B" w:rsidRDefault="00FC501B" w:rsidP="00FC501B"/>
    <w:p w:rsidR="0025753F" w:rsidRPr="00B217C7" w:rsidRDefault="00D2594B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Legal notices</w:t>
      </w:r>
    </w:p>
    <w:p w:rsidR="00F57D75" w:rsidRPr="00B217C7" w:rsidRDefault="00F57D75" w:rsidP="00F57D75">
      <w:pPr>
        <w:rPr>
          <w:rFonts w:ascii="Times New Roman" w:hAnsi="Times New Roman" w:cs="Times New Roman"/>
          <w:sz w:val="28"/>
          <w:szCs w:val="28"/>
        </w:rPr>
      </w:pPr>
    </w:p>
    <w:p w:rsidR="0025753F" w:rsidRPr="00B217C7" w:rsidRDefault="00061503" w:rsidP="00A861F0">
      <w:pPr>
        <w:jc w:val="both"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1059914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501B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FC501B">
        <w:rPr>
          <w:rFonts w:ascii="Times New Roman" w:hAnsi="Times New Roman" w:cs="Times New Roman"/>
          <w:sz w:val="28"/>
          <w:szCs w:val="28"/>
        </w:rPr>
        <w:t xml:space="preserve">I </w:t>
      </w:r>
      <w:r w:rsidR="00D2594B" w:rsidRPr="00B217C7">
        <w:rPr>
          <w:rFonts w:ascii="Times New Roman" w:hAnsi="Times New Roman" w:cs="Times New Roman"/>
          <w:sz w:val="28"/>
          <w:szCs w:val="28"/>
        </w:rPr>
        <w:t xml:space="preserve">declare be the author /co-author of this document </w:t>
      </w:r>
      <w:r w:rsidR="00FC501B">
        <w:rPr>
          <w:rFonts w:ascii="Times New Roman" w:hAnsi="Times New Roman" w:cs="Times New Roman"/>
          <w:sz w:val="28"/>
          <w:szCs w:val="28"/>
        </w:rPr>
        <w:t xml:space="preserve">or have the rights </w:t>
      </w:r>
      <w:r w:rsidR="00D2594B" w:rsidRPr="00B217C7">
        <w:rPr>
          <w:rFonts w:ascii="Times New Roman" w:hAnsi="Times New Roman" w:cs="Times New Roman"/>
          <w:sz w:val="28"/>
          <w:szCs w:val="28"/>
        </w:rPr>
        <w:t xml:space="preserve">necessary to submit </w:t>
      </w:r>
      <w:proofErr w:type="gramStart"/>
      <w:r w:rsidR="00D2594B" w:rsidRPr="00B217C7">
        <w:rPr>
          <w:rFonts w:ascii="Times New Roman" w:hAnsi="Times New Roman" w:cs="Times New Roman"/>
          <w:sz w:val="28"/>
          <w:szCs w:val="28"/>
        </w:rPr>
        <w:t>it .</w:t>
      </w:r>
      <w:proofErr w:type="gramEnd"/>
    </w:p>
    <w:p w:rsidR="0025753F" w:rsidRDefault="00061503" w:rsidP="00A861F0">
      <w:pPr>
        <w:jc w:val="both"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1717266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501B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FC501B">
        <w:rPr>
          <w:rFonts w:ascii="Times New Roman" w:hAnsi="Times New Roman" w:cs="Times New Roman"/>
          <w:sz w:val="28"/>
          <w:szCs w:val="28"/>
        </w:rPr>
        <w:t xml:space="preserve"> </w:t>
      </w:r>
      <w:r w:rsidR="00FC501B" w:rsidRPr="00FC501B">
        <w:rPr>
          <w:rFonts w:ascii="Times New Roman" w:hAnsi="Times New Roman" w:cs="Times New Roman"/>
          <w:sz w:val="28"/>
          <w:szCs w:val="28"/>
        </w:rPr>
        <w:t xml:space="preserve">I authorize the posting of this document on www.ilminlibrary.com , as </w:t>
      </w:r>
      <w:r w:rsidR="00A861F0">
        <w:rPr>
          <w:rFonts w:ascii="Times New Roman" w:hAnsi="Times New Roman" w:cs="Times New Roman"/>
          <w:sz w:val="28"/>
          <w:szCs w:val="28"/>
        </w:rPr>
        <w:t xml:space="preserve">well </w:t>
      </w:r>
      <w:r w:rsidR="00FC501B" w:rsidRPr="00FC501B">
        <w:rPr>
          <w:rFonts w:ascii="Times New Roman" w:hAnsi="Times New Roman" w:cs="Times New Roman"/>
          <w:sz w:val="28"/>
          <w:szCs w:val="28"/>
        </w:rPr>
        <w:t>as</w:t>
      </w:r>
      <w:r w:rsidR="00A861F0">
        <w:rPr>
          <w:rFonts w:ascii="Times New Roman" w:hAnsi="Times New Roman" w:cs="Times New Roman"/>
          <w:sz w:val="28"/>
          <w:szCs w:val="28"/>
        </w:rPr>
        <w:t xml:space="preserve"> that </w:t>
      </w:r>
      <w:r w:rsidR="00FC501B" w:rsidRPr="00FC501B">
        <w:rPr>
          <w:rFonts w:ascii="Times New Roman" w:hAnsi="Times New Roman" w:cs="Times New Roman"/>
          <w:sz w:val="28"/>
          <w:szCs w:val="28"/>
        </w:rPr>
        <w:t>on all other platform , domain name Or entity partner linked to the site, for the purpose of increasing the visibility , distribution or sales potential of my artwork .</w:t>
      </w:r>
    </w:p>
    <w:p w:rsidR="00FC501B" w:rsidRPr="00B217C7" w:rsidRDefault="00FC501B" w:rsidP="00A861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Marketing the work</w:t>
      </w:r>
      <w:proofErr w:type="gramStart"/>
      <w:r>
        <w:rPr>
          <w:rFonts w:ascii="Times New Roman" w:hAnsi="Times New Roman" w:cs="Times New Roman"/>
          <w:sz w:val="28"/>
          <w:szCs w:val="28"/>
        </w:rPr>
        <w:t>​ East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subject to a contract particular at the request of the beneficiaries rights of the signed document .</w:t>
      </w:r>
    </w:p>
    <w:p w:rsidR="0025753F" w:rsidRPr="00B217C7" w:rsidRDefault="00D2594B" w:rsidP="002F7E5C">
      <w:pPr>
        <w:pStyle w:val="Titre2"/>
        <w:jc w:val="right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Signature</w:t>
      </w:r>
    </w:p>
    <w:p w:rsidR="0025753F" w:rsidRDefault="00554866" w:rsidP="002F7E5C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r w:rsidR="00D2594B" w:rsidRPr="00B217C7">
        <w:rPr>
          <w:rFonts w:ascii="Times New Roman" w:hAnsi="Times New Roman" w:cs="Times New Roman"/>
          <w:sz w:val="28"/>
          <w:szCs w:val="28"/>
        </w:rPr>
        <w:t>ate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1793407220"/>
        <w:placeholder>
          <w:docPart w:val="DefaultPlaceholder_1081868576"/>
        </w:placeholder>
        <w:showingPlcHdr/>
        <w:date>
          <w:dateFormat w:val="dd/MM/yyyy"/>
          <w:lid w:val="fr-FR"/>
          <w:storeMappedDataAs w:val="dateTime"/>
          <w:calendar w:val="gregorian"/>
        </w:date>
      </w:sdtPr>
      <w:sdtEndPr/>
      <w:sdtContent>
        <w:p w:rsidR="007D5AE3" w:rsidRPr="00B217C7" w:rsidRDefault="007D5AE3" w:rsidP="007D5AE3">
          <w:pPr>
            <w:jc w:val="right"/>
            <w:rPr>
              <w:rFonts w:ascii="Times New Roman" w:hAnsi="Times New Roman" w:cs="Times New Roman"/>
              <w:sz w:val="28"/>
              <w:szCs w:val="28"/>
            </w:rPr>
          </w:pPr>
          <w:r w:rsidRPr="002E1D82">
            <w:rPr>
              <w:rStyle w:val="Textedelespacerserv"/>
            </w:rPr>
            <w:t>Click here to enter a date.</w:t>
          </w:r>
        </w:p>
      </w:sdtContent>
    </w:sdt>
    <w:p w:rsidR="0025753F" w:rsidRDefault="00D2594B" w:rsidP="002F7E5C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B217C7">
        <w:rPr>
          <w:rFonts w:ascii="Times New Roman" w:hAnsi="Times New Roman" w:cs="Times New Roman"/>
          <w:sz w:val="28"/>
          <w:szCs w:val="28"/>
        </w:rPr>
        <w:t>Signature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-1106493493"/>
        <w:placeholder>
          <w:docPart w:val="DefaultPlaceholder_1081868574"/>
        </w:placeholder>
        <w:showingPlcHdr/>
        <w:text/>
      </w:sdtPr>
      <w:sdtEndPr/>
      <w:sdtContent>
        <w:p w:rsidR="007D5AE3" w:rsidRDefault="007D5AE3" w:rsidP="002F7E5C">
          <w:pPr>
            <w:jc w:val="right"/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Click here to enter text.</w:t>
          </w:r>
        </w:p>
      </w:sdtContent>
    </w:sdt>
    <w:p w:rsidR="005E5BE4" w:rsidRDefault="005E5BE4" w:rsidP="005E5BE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5BE4" w:rsidRPr="00D02C10" w:rsidRDefault="00554866" w:rsidP="005E5BE4">
      <w:pPr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D02C10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---</w:t>
      </w:r>
    </w:p>
    <w:p w:rsidR="005E5BE4" w:rsidRPr="00554866" w:rsidRDefault="005E5BE4" w:rsidP="005E5BE4">
      <w:pPr>
        <w:jc w:val="center"/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</w:pPr>
      <w:r w:rsidRPr="00554866"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 xml:space="preserve">If you have any difficulties, you can contact us by email at </w:t>
      </w:r>
      <w:hyperlink r:id="rId8" w:history="1">
        <w:r w:rsidRPr="00554866">
          <w:rPr>
            <w:rStyle w:val="Lienhypertexte"/>
            <w:rFonts w:ascii="Times New Roman" w:hAnsi="Times New Roman" w:cs="Times New Roman"/>
            <w:i/>
            <w:color w:val="404040" w:themeColor="text1" w:themeTint="BF"/>
            <w:sz w:val="28"/>
            <w:szCs w:val="28"/>
          </w:rPr>
          <w:t xml:space="preserve">contact@ilminlibrary.com </w:t>
        </w:r>
      </w:hyperlink>
      <w:r w:rsidR="00A861F0" w:rsidRPr="00554866">
        <w:rPr>
          <w:rStyle w:val="Lienhypertexte"/>
          <w:rFonts w:ascii="Times New Roman" w:hAnsi="Times New Roman" w:cs="Times New Roman"/>
          <w:i/>
          <w:color w:val="404040" w:themeColor="text1" w:themeTint="BF"/>
          <w:sz w:val="28"/>
          <w:szCs w:val="28"/>
        </w:rPr>
        <w:t>/ ilminlibrary@gmail.com</w:t>
      </w:r>
    </w:p>
    <w:p w:rsidR="005E5BE4" w:rsidRPr="00554866" w:rsidRDefault="005E5BE4" w:rsidP="005E5BE4">
      <w:pPr>
        <w:jc w:val="center"/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</w:pPr>
      <w:r w:rsidRPr="00554866"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 xml:space="preserve">Or on social </w:t>
      </w:r>
      <w:proofErr w:type="gramStart"/>
      <w:r w:rsidRPr="00554866"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>media :</w:t>
      </w:r>
      <w:proofErr w:type="gramEnd"/>
      <w:r w:rsidRPr="00554866"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 xml:space="preserve"> </w:t>
      </w:r>
      <w:hyperlink r:id="rId9" w:history="1">
        <w:r w:rsidRPr="00554866">
          <w:rPr>
            <w:rStyle w:val="Lienhypertexte"/>
            <w:rFonts w:ascii="Times New Roman" w:hAnsi="Times New Roman" w:cs="Times New Roman"/>
            <w:i/>
            <w:color w:val="404040" w:themeColor="text1" w:themeTint="BF"/>
            <w:sz w:val="28"/>
            <w:szCs w:val="28"/>
          </w:rPr>
          <w:t xml:space="preserve">Facebook </w:t>
        </w:r>
      </w:hyperlink>
      <w:r w:rsidRPr="00554866"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 xml:space="preserve">and </w:t>
      </w:r>
      <w:hyperlink r:id="rId10" w:history="1">
        <w:r w:rsidRPr="00554866">
          <w:rPr>
            <w:rStyle w:val="Lienhypertexte"/>
            <w:rFonts w:ascii="Times New Roman" w:hAnsi="Times New Roman" w:cs="Times New Roman"/>
            <w:i/>
            <w:color w:val="404040" w:themeColor="text1" w:themeTint="BF"/>
            <w:sz w:val="28"/>
            <w:szCs w:val="28"/>
          </w:rPr>
          <w:t xml:space="preserve">LinkedIn </w:t>
        </w:r>
      </w:hyperlink>
      <w:r w:rsidRPr="00554866">
        <w:rPr>
          <w:rFonts w:ascii="Times New Roman" w:hAnsi="Times New Roman" w:cs="Times New Roman"/>
          <w:i/>
          <w:color w:val="404040" w:themeColor="text1" w:themeTint="BF"/>
          <w:sz w:val="28"/>
          <w:szCs w:val="28"/>
        </w:rPr>
        <w:t>.</w:t>
      </w:r>
    </w:p>
    <w:sectPr w:rsidR="005E5BE4" w:rsidRPr="00554866" w:rsidSect="00F57D75">
      <w:headerReference w:type="default" r:id="rId11"/>
      <w:footerReference w:type="default" r:id="rId12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503" w:rsidRDefault="00061503" w:rsidP="00F57D75">
      <w:pPr>
        <w:spacing w:after="0" w:line="240" w:lineRule="auto"/>
      </w:pPr>
      <w:r>
        <w:separator/>
      </w:r>
    </w:p>
  </w:endnote>
  <w:endnote w:type="continuationSeparator" w:id="0">
    <w:p w:rsidR="00061503" w:rsidRDefault="00061503" w:rsidP="00F57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BE4" w:rsidRDefault="005E5BE4" w:rsidP="005E5BE4">
    <w:pPr>
      <w:pStyle w:val="Pieddepage"/>
    </w:pPr>
    <w:r>
      <w:rPr>
        <w:noProof/>
        <w:lang w:val="fr-FR" w:eastAsia="fr-FR"/>
      </w:rPr>
      <w:drawing>
        <wp:anchor distT="0" distB="0" distL="114300" distR="114300" simplePos="0" relativeHeight="251662336" behindDoc="1" locked="0" layoutInCell="1" allowOverlap="1" wp14:anchorId="4D99DF24" wp14:editId="2312557A">
          <wp:simplePos x="0" y="0"/>
          <wp:positionH relativeFrom="column">
            <wp:posOffset>5910580</wp:posOffset>
          </wp:positionH>
          <wp:positionV relativeFrom="paragraph">
            <wp:posOffset>171450</wp:posOffset>
          </wp:positionV>
          <wp:extent cx="676275" cy="676275"/>
          <wp:effectExtent l="0" t="0" r="9525" b="9525"/>
          <wp:wrapNone/>
          <wp:docPr id="7" name="Image 7" descr="logo ilmin biblio EN jau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ilmin biblio EN jau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165E44B" wp14:editId="0CF3C2DA">
              <wp:simplePos x="0" y="0"/>
              <wp:positionH relativeFrom="column">
                <wp:posOffset>-890270</wp:posOffset>
              </wp:positionH>
              <wp:positionV relativeFrom="paragraph">
                <wp:posOffset>59055</wp:posOffset>
              </wp:positionV>
              <wp:extent cx="7772400" cy="876300"/>
              <wp:effectExtent l="57150" t="19050" r="57150" b="7620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8763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75000">
                            <a:srgbClr val="FFC000"/>
                          </a:gs>
                          <a:gs pos="53000">
                            <a:schemeClr val="bg1"/>
                          </a:gs>
                        </a:gsLst>
                        <a:lin ang="3600000" scaled="0"/>
                        <a:tileRect/>
                      </a:gra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9C30BD8" id="Rectangle 2" o:spid="_x0000_s1026" style="position:absolute;margin-left:-70.1pt;margin-top:4.65pt;width:612pt;height:69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swzQIAAAgGAAAOAAAAZHJzL2Uyb0RvYy54bWysVNlqGzEUfS/0H4Tem7EdJ05NxsE4uBRC&#10;EpKUPMsaaTygkVRJ3vr1PdIsdtJAofRlRtK95y7nLtc3+1qRrXC+Mjqnw7MBJUJzU1S6zOmPl+WX&#10;K0p8YLpgymiR04Pw9Gb2+dP1zk7FyKyNKoQjMKL9dGdzug7BTrPM87WomT8zVmgIpXE1C7i6Misc&#10;28F6rbLRYHCZ7YwrrDNceI/X20ZIZ8m+lIKHBym9CETlFLGF9HXpu4rfbHbNpqVjdl3xNgz2D1HU&#10;rNJw2pu6ZYGRjav+MFVX3BlvZDjjps6MlBUXKQdkMxy8y+Z5zaxIuYAcb3ua/P8zy++3j45URU5H&#10;lGhWo0RPII3pUgkyivTsrJ9C69k+uvbmcYy57qWr4x9ZkH2i9NBTKvaBcDxOJpPReADmOWRXk8tz&#10;nGEmO6Kt8+GbMDWJh5w6eE9Msu2dD41qp9ISXCwrpYhUFfpFo6socSa8VmGd+EIXNpXwwCeEJ9aA&#10;ssnFAM7ji3flaqEc2TJ0xXK5iO+Np9KfIi4QbYuI/Sh6zKocngCQTNk5U5UmIC+n55fAAk08Z0qA&#10;37bXQqVEZLj151jKJnpVOn61idk10viSRf4bxtMpHJRotJ+EROHAcZNvGpljiIxzoUMXptLQjjAJ&#10;4z3wvGHjbW5vga1+hIo0Tj149Hdwj0iejQ49uK60cR8ZUH3IstHvGGjyjhSsTHFAz6Lmqee85csK&#10;rXPHfHhkDtML0rGRwgM+UpldTk17omRt3K+P3qM+hgpSSnbYBjn1PzfMobXUd43e+Tocj+P6SJfx&#10;xWSEizuVrE4lelMvDFpriOpbno5RP6juKJ2pX7G45tErRExz+M4pD667LEKzpbD6uJjPkxpWhmXh&#10;Tj9b3lU9jsbL/pU5285PwOTdm25zsOm7MWp0Yz20mW+CkVXqxCOvLd9YN2lK29UY99npPWkdF/js&#10;NwAAAP//AwBQSwMEFAAGAAgAAAAhAA5j+hLhAAAACwEAAA8AAABkcnMvZG93bnJldi54bWxMj8FO&#10;wzAMhu9IvENkJG5b0nVAV5pOgECcdqBMQ7tlrWkrGqc06VbeHu8EN1v+9Pv7s/VkO3HEwbeONERz&#10;BQKpdFVLtYbt+8ssAeGDocp0jlDDD3pY55cXmUkrd6I3PBahFhxCPjUamhD6VEpfNmiNn7seiW+f&#10;brAm8DrUshrMicNtJxdK3UprWuIPjenxqcHyqxithuJmv/cJPm9W0e612D6Ou++PxGp9fTU93IMI&#10;OIU/GM76rA45Ox3cSJUXnYZZtFQLZjWsYhBnQCUxlznwtLyLQeaZ/N8h/wUAAP//AwBQSwECLQAU&#10;AAYACAAAACEAtoM4kv4AAADhAQAAEwAAAAAAAAAAAAAAAAAAAAAAW0NvbnRlbnRfVHlwZXNdLnht&#10;bFBLAQItABQABgAIAAAAIQA4/SH/1gAAAJQBAAALAAAAAAAAAAAAAAAAAC8BAABfcmVscy8ucmVs&#10;c1BLAQItABQABgAIAAAAIQBUcJswzQIAAAgGAAAOAAAAAAAAAAAAAAAAAC4CAABkcnMvZTJvRG9j&#10;LnhtbFBLAQItABQABgAIAAAAIQAOY/oS4QAAAAsBAAAPAAAAAAAAAAAAAAAAACcFAABkcnMvZG93&#10;bnJldi54bWxQSwUGAAAAAAQABADzAAAANQYAAAAA&#10;" fillcolor="white [3212]" stroked="f">
              <v:fill color2="#ffc000" rotate="t" angle="30" colors="0 white;34734f white" focus="100%" type="gradient">
                <o:fill v:ext="view" type="gradientUnscaled"/>
              </v:fill>
              <v:shadow on="t" color="black" opacity="22937f" origin=",.5" offset="0,.63889mm"/>
            </v:rect>
          </w:pict>
        </mc:Fallback>
      </mc:AlternateContent>
    </w:r>
  </w:p>
  <w:sdt>
    <w:sdtPr>
      <w:id w:val="1566456337"/>
      <w:docPartObj>
        <w:docPartGallery w:val="Page Numbers (Bottom of Page)"/>
        <w:docPartUnique/>
      </w:docPartObj>
    </w:sdtPr>
    <w:sdtEndPr/>
    <w:sdtContent>
      <w:p w:rsidR="005E5BE4" w:rsidRDefault="005E5BE4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2C10" w:rsidRPr="00D02C10">
          <w:rPr>
            <w:noProof/>
            <w:lang w:val="fr-FR"/>
          </w:rPr>
          <w:t>1</w:t>
        </w:r>
        <w:r>
          <w:fldChar w:fldCharType="end"/>
        </w:r>
      </w:p>
    </w:sdtContent>
  </w:sdt>
  <w:p w:rsidR="00F57D75" w:rsidRPr="005E5BE4" w:rsidRDefault="005E5BE4" w:rsidP="005E5BE4">
    <w:pPr>
      <w:pStyle w:val="Pieddepage"/>
    </w:pPr>
    <w:r>
      <w:rPr>
        <w:noProof/>
        <w:color w:val="000000" w:themeColor="text1"/>
        <w:lang w:val="fr-FR"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E86E21C" wp14:editId="179D3FDD">
              <wp:simplePos x="0" y="0"/>
              <wp:positionH relativeFrom="column">
                <wp:posOffset>2359025</wp:posOffset>
              </wp:positionH>
              <wp:positionV relativeFrom="paragraph">
                <wp:posOffset>85725</wp:posOffset>
              </wp:positionV>
              <wp:extent cx="4415155" cy="391795"/>
              <wp:effectExtent l="0" t="0" r="0" b="0"/>
              <wp:wrapNone/>
              <wp:docPr id="3" name="Zone de text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5155" cy="391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E5BE4" w:rsidRPr="005E5BE4" w:rsidRDefault="005E5BE4" w:rsidP="005E5BE4">
                          <w:pPr>
                            <w:rPr>
                              <w:sz w:val="24"/>
                            </w:rPr>
                          </w:pPr>
                          <w:r w:rsidRPr="005E5BE4">
                            <w:rPr>
                              <w:sz w:val="24"/>
                            </w:rPr>
                            <w:t>La Bibliothèque africaine, ouverte sur le monde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E86E21C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style="position:absolute;margin-left:185.75pt;margin-top:6.75pt;width:347.65pt;height:30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ed/hQIAAG4FAAAOAAAAZHJzL2Uyb0RvYy54bWysVFtv0zAUfkfiP1h+p2l62Wi1dCqbipCm&#10;bWJDk3hzHbuNsH2M7TYpv55jJ2mrwcsQL8mxz3c+n/vVdaMV2QvnKzAFzQdDSoThUFZmU9Bvz6sP&#10;HynxgZmSKTCioAfh6fXi/bur2s7FCLagSuEIkhg/r21BtyHYeZZ5vhWa+QFYYVApwWkW8Og2WelY&#10;jexaZaPh8CKrwZXWARfe4+1tq6SLxC+l4OFBSi8CUQVF30L6uvRdx2+2uGLzjWN2W/HODfYPXmhW&#10;GXz0SHXLAiM7V/1BpSvuwIMMAw46AykrLlIMGE0+fBXN05ZZkWLB5Hh7TJP/f7T8fv/oSFUWdEyJ&#10;YRpL9B0LRUpBgmiCIOOYotr6OSKfLGJD8wkaLHV/7/EyRt5Ip+MfYyKox2QfjglGJsLxcjLJp/l0&#10;SglH3XiWX86mkSY7WVvnw2cBmkShoA4LmPLK9nc+tNAeEh8zsKqUSkVUhtQFvRhPh8ngqEFyZSJW&#10;pHboaGJEredJCgclIkaZr0JiOlIA8SI1orhRjuwZthDjXJiQYk+8iI4oiU68xbDDn7x6i3EbR/8y&#10;mHA01pUBl6J/5Xb5o3dZtnjM+VncUQzNukl9cCzsGsoD1ttBOzTe8lWFRbljPjwyh1OCJcbJDw/4&#10;kQow+dBJlGzB/frbfcRj86KWkhqnrqD+5445QYn6YrCtZ/lkEsc0HSbTyxEe3Llmfa4xO30DWJUc&#10;d4zlSYz4oHpROtAvuCCW8VVUMcPx7YKGXrwJ7S7ABcPFcplAOJiWhTvzZHmkjkWKLffcvDBnu76M&#10;s3EP/Xyy+av2bLHR0sByF0BWqXdjntusdvnHoU7d3y2guDXOzwl1WpOL3wAAAP//AwBQSwMEFAAG&#10;AAgAAAAhANkx/EfhAAAACgEAAA8AAABkcnMvZG93bnJldi54bWxMj0FLw0AQhe+C/2EZwZvdNCVp&#10;idmUEiiC6KG1F2+T7DQJZndjdttGf73Tkz0Nj/fx5r18PZlenGn0nbMK5rMIBNna6c42Cg4f26cV&#10;CB/QauydJQU/5GFd3N/lmGl3sTs670MjOMT6DBW0IQyZlL5uyaCfuYEse0c3Ggwsx0bqES8cbnoZ&#10;R1EqDXaWP7Q4UNlS/bU/GQWv5fYdd1VsVr99+fJ23Azfh89EqceHafMMItAU/mG41ufqUHCnyp2s&#10;9qJXsFjOE0bZWPC9AlGa8phKwTKJQRa5vJ1Q/AEAAP//AwBQSwECLQAUAAYACAAAACEAtoM4kv4A&#10;AADhAQAAEwAAAAAAAAAAAAAAAAAAAAAAW0NvbnRlbnRfVHlwZXNdLnhtbFBLAQItABQABgAIAAAA&#10;IQA4/SH/1gAAAJQBAAALAAAAAAAAAAAAAAAAAC8BAABfcmVscy8ucmVsc1BLAQItABQABgAIAAAA&#10;IQCpued/hQIAAG4FAAAOAAAAAAAAAAAAAAAAAC4CAABkcnMvZTJvRG9jLnhtbFBLAQItABQABgAI&#10;AAAAIQDZMfxH4QAAAAoBAAAPAAAAAAAAAAAAAAAAAN8EAABkcnMvZG93bnJldi54bWxQSwUGAAAA&#10;AAQABADzAAAA7QUAAAAA&#10;" filled="f" stroked="f" strokeweight=".5pt">
              <v:textbox>
                <w:txbxContent>
                  <w:p w:rsidR="005E5BE4" w:rsidRPr="005E5BE4" w:rsidRDefault="005E5BE4" w:rsidP="005E5BE4">
                    <w:pPr>
                      <w:rPr>
                        <w:sz w:val="24"/>
                      </w:rPr>
                    </w:pPr>
                    <w:r w:rsidRPr="005E5BE4">
                      <w:rPr>
                        <w:sz w:val="24"/>
                      </w:rPr>
                      <w:t>La Bibliothèque africaine, ouverte sur le monde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503" w:rsidRDefault="00061503" w:rsidP="00F57D75">
      <w:pPr>
        <w:spacing w:after="0" w:line="240" w:lineRule="auto"/>
      </w:pPr>
      <w:r>
        <w:separator/>
      </w:r>
    </w:p>
  </w:footnote>
  <w:footnote w:type="continuationSeparator" w:id="0">
    <w:p w:rsidR="00061503" w:rsidRDefault="00061503" w:rsidP="00F57D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D75" w:rsidRDefault="002F7E5C">
    <w:pPr>
      <w:pStyle w:val="En-tte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203A8418" wp14:editId="7FEA4596">
              <wp:simplePos x="0" y="0"/>
              <wp:positionH relativeFrom="column">
                <wp:posOffset>-886732</wp:posOffset>
              </wp:positionH>
              <wp:positionV relativeFrom="paragraph">
                <wp:posOffset>-457200</wp:posOffset>
              </wp:positionV>
              <wp:extent cx="8294914" cy="87630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94914" cy="8763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75000">
                            <a:srgbClr val="FFC000"/>
                          </a:gs>
                          <a:gs pos="53000">
                            <a:schemeClr val="bg1"/>
                          </a:gs>
                        </a:gsLst>
                        <a:lin ang="3600000" scaled="0"/>
                        <a:tileRect/>
                      </a:gra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20FEF35" id="Rectangle 6" o:spid="_x0000_s1026" style="position:absolute;margin-left:-69.8pt;margin-top:-36pt;width:653.15pt;height:69pt;z-index:-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pM20gIAABYGAAAOAAAAZHJzL2Uyb0RvYy54bWysVNtuGyEQfa/Uf0C8N77EcRIr68hy5KpS&#10;lEZJqjxjFtZILFDAt359D+x67aSRKlV92QVmDjNzODM3t7tak43wQVlT0MFZnxJhuC2VqQr642Xx&#10;5YqSEJkpmbZGFHQvAr2dfv50s3UTMbQrq0vhCS4xYbJ1BV3F6Ca9XuArUbNwZp0wMErraxax9VWv&#10;9GyL22vdG/b7497W+tJ5y0UIOL1rjHSa75dS8PhdyiAi0QVFbjF/ff4u07c3vWGTyjO3UrxNg/1D&#10;FjVTBkG7q+5YZGTt1R9X1Yp7G6yMZ9zWPSul4iLXgGoG/XfVPK+YE7kWkBNcR1P4f9fyh82jJ6os&#10;6JgSw2o80RNIY6bSgowTPVsXJvB6do++3QUsU6076ev0RxVklyndd5SKXSQch1fD69H1YEQJh+3q&#10;cnzez5z3jmjnQ/wqbE3SoqAe0TOTbHMfIiLC9eDSElwulNZEagW9GKiKEm/jq4qrzBdU2LxEAD4j&#10;AnEWlF1e9BE8nQRfLefakw2DKhaLeTpvIlXhFHGBbFtE0qPoMMtqcAJAhtUhmFaGgLyCno+BBZoE&#10;zrQAv63WotIiMdzG8yxXk6Jqk77Gpuoaa3MisoxbMtJrNPznVdxr0WCfhMQzgvGm+txAx4QZ58LE&#10;Q9LawDvBJEJ1wPOGm7eVvgW2/gnaZNWBh38Hd4gc2ZrYgWtlrP/oAt2lLBt/yOGk7rRc2nIPBUMB&#10;WYHB8YWCkO5ZiI/Mo5fxBJhP8Ts+UtttQW27omRl/a+PzpM/WgxWSraYDQUNP9fMQ2j6m4GSIOhR&#10;GiZ5M7q4HGLjTy3LU4tZ13MLoQ2gBcfzMvlHfVhKb+tXjLFZigoTMxyxC8qjP2zmsZlZGIRczGbZ&#10;DQPEsXhvnh0/vHpqlJfdK/Ou7aaIPnywhznCJu+aqvFN72HsbB2tVFmXR15bvjF8ciO2gzJNt9N9&#10;9jqO8+lvAAAA//8DAFBLAwQUAAYACAAAACEA/2MMTeAAAAAMAQAADwAAAGRycy9kb3ducmV2Lnht&#10;bEyPTU/DMAyG70j8h8hI3Lb0A7KtNJ0ACYkjWzlwzFqvrdY4VZOt5d/jndjNlh+9ft58O9teXHD0&#10;nSMN8TICgVS5uqNGw3f5sViD8MFQbXpHqOEXPWyL+7vcZLWbaIeXfWgEh5DPjIY2hCGT0lctWuOX&#10;bkDi29GN1gRex0bWo5k43PYyiSIlremIP7RmwPcWq9P+bDXsbFmm9Pz500zrkKT09fbkTrPWjw/z&#10;6wuIgHP4h+Gqz+pQsNPBnan2otewiNONYpanVcKtrkis1ArEQYNSEcgil7clij8AAAD//wMAUEsB&#10;Ai0AFAAGAAgAAAAhALaDOJL+AAAA4QEAABMAAAAAAAAAAAAAAAAAAAAAAFtDb250ZW50X1R5cGVz&#10;XS54bWxQSwECLQAUAAYACAAAACEAOP0h/9YAAACUAQAACwAAAAAAAAAAAAAAAAAvAQAAX3JlbHMv&#10;LnJlbHNQSwECLQAUAAYACAAAACEAsO6TNtICAAAWBgAADgAAAAAAAAAAAAAAAAAuAgAAZHJzL2Uy&#10;b0RvYy54bWxQSwECLQAUAAYACAAAACEA/2MMTeAAAAAMAQAADwAAAAAAAAAAAAAAAAAsBQAAZHJz&#10;L2Rvd25yZXYueG1sUEsFBgAAAAAEAAQA8wAAADkGAAAAAA==&#10;" fillcolor="white [3212]" stroked="f">
              <v:fill color2="#ffc000" rotate="t" angle="30" colors="0 white;34734f white" focus="100%" type="gradient">
                <o:fill v:ext="view" type="gradientUnscaled"/>
              </v:fill>
            </v:rect>
          </w:pict>
        </mc:Fallback>
      </mc:AlternateContent>
    </w:r>
    <w:r>
      <w:rPr>
        <w:noProof/>
        <w:color w:val="000000" w:themeColor="text1"/>
        <w:lang w:val="fr-FR" w:eastAsia="fr-F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5D45760" wp14:editId="3E28A07E">
              <wp:simplePos x="0" y="0"/>
              <wp:positionH relativeFrom="column">
                <wp:posOffset>2208802</wp:posOffset>
              </wp:positionH>
              <wp:positionV relativeFrom="paragraph">
                <wp:posOffset>-51707</wp:posOffset>
              </wp:positionV>
              <wp:extent cx="2495006" cy="391886"/>
              <wp:effectExtent l="0" t="0" r="0" b="0"/>
              <wp:wrapNone/>
              <wp:docPr id="4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95006" cy="39188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7E5C" w:rsidRPr="002F7E5C" w:rsidRDefault="002F7E5C" w:rsidP="002F7E5C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www.ilminlibrary.com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5D45760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173.9pt;margin-top:-4.05pt;width:196.45pt;height:30.8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07NggIAAGcFAAAOAAAAZHJzL2Uyb0RvYy54bWysVN9P2zAQfp+0/8Hy+0hbCisVKepATJMQ&#10;oMGEtDfXsWk02+fZ1ybdX7+zk5SK7YVpL8nZ993n+31+0VrDtirEGlzJx0cjzpSTUNXuueTfHq8/&#10;zDiLKFwlDDhV8p2K/GLx/t154+dqAmswlQqMSFycN77ka0Q/L4oo18qKeAReOVJqCFYgHcNzUQXR&#10;ELs1xWQ0Oi0aCJUPIFWMdHvVKfki82utJN5pHRUyU3LyDfM35O8qfYvFuZg/B+HXtezdEP/ghRW1&#10;o0f3VFcCBduE+g8qW8sAETQeSbAFaF1LlWOgaMajV9E8rIVXORZKTvT7NMX/Rytvt/eB1VXJp5w5&#10;YalE36lQrFIMVYuKTVOKGh/nhHzwhMX2E7RU6uE+0mWKvNXBpj/FxEhPyd7tE0xMTNLlZHp2QkXj&#10;TJLu+Gw8m50mmuLF2oeInxVYloSSBypgzqvY3kTsoAMkPebgujYmF9E41pT89PhklA32GiI3LmFV&#10;boeeJkXUeZ4l3BmVMMZ9VZrSkQNIF7kR1aUJbCuohYSUymGOPfMSOqE0OfEWwx7/4tVbjLs4hpfB&#10;4d7Y1g5Cjv6V29WPwWXd4SnnB3EnEdtV21d6BdWOCh2gm5bo5XVN1bgREe9FoPGg2tLI4x19tAHK&#10;OvQSZ2sIv/52n/DUtaTlrKFxK3n8uRFBcWa+OOrns/F0muYzH6YnHyd0CIea1aHGbewlUDnGtFy8&#10;zGLCoxlEHcA+0WZYpldJJZykt0uOg3iJ3RKgzSLVcplBNJFe4I178DJRp+qkXntsn0TwfUOmobiF&#10;YTDF/FVfdthk6WC5QdB1btqU4C6rfeJpmnPb95snrYvDc0a97MfFbwAAAP//AwBQSwMEFAAGAAgA&#10;AAAhALS03kvhAAAACQEAAA8AAABkcnMvZG93bnJldi54bWxMj81OwzAQhO9IvIO1SNxap7+JQjZV&#10;FalCQnBo6YXbJt4mEbEdYrcNPD3mVI6jGc18k21G3YkLD661BmE2jUCwqaxqTY1wfN9NEhDOk1HU&#10;WcMI3+xgk9/fZZQqezV7vhx8LUKJcSkhNN73qZSualiTm9qeTfBOdtDkgxxqqQa6hnLdyXkUraWm&#10;1oSFhnouGq4+D2eN8FLs3mhfznXy0xXPr6dt/3X8WCE+PozbJxCeR38Lwx9+QIc8MJX2bJQTHcJi&#10;GQd0jzBJZiBCIF5GMYgSYbVYg8wz+f9B/gsAAP//AwBQSwECLQAUAAYACAAAACEAtoM4kv4AAADh&#10;AQAAEwAAAAAAAAAAAAAAAAAAAAAAW0NvbnRlbnRfVHlwZXNdLnhtbFBLAQItABQABgAIAAAAIQA4&#10;/SH/1gAAAJQBAAALAAAAAAAAAAAAAAAAAC8BAABfcmVscy8ucmVsc1BLAQItABQABgAIAAAAIQBu&#10;d07NggIAAGcFAAAOAAAAAAAAAAAAAAAAAC4CAABkcnMvZTJvRG9jLnhtbFBLAQItABQABgAIAAAA&#10;IQC0tN5L4QAAAAkBAAAPAAAAAAAAAAAAAAAAANwEAABkcnMvZG93bnJldi54bWxQSwUGAAAAAAQA&#10;BADzAAAA6gUAAAAA&#10;" filled="f" stroked="f" strokeweight=".5pt">
              <v:textbox>
                <w:txbxContent>
                  <w:p w:rsidR="002F7E5C" w:rsidRPr="002F7E5C" w:rsidRDefault="002F7E5C" w:rsidP="002F7E5C">
                    <w:pPr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www.ilminlibrary.com</w:t>
                    </w:r>
                  </w:p>
                </w:txbxContent>
              </v:textbox>
            </v:shape>
          </w:pict>
        </mc:Fallback>
      </mc:AlternateContent>
    </w:r>
    <w:r w:rsidR="00F57D75">
      <w:rPr>
        <w:noProof/>
        <w:color w:val="000000" w:themeColor="text1"/>
        <w:lang w:val="fr-FR" w:eastAsia="fr-FR"/>
      </w:rPr>
      <w:drawing>
        <wp:anchor distT="0" distB="0" distL="114300" distR="114300" simplePos="0" relativeHeight="251657216" behindDoc="1" locked="0" layoutInCell="1" allowOverlap="1" wp14:anchorId="37A1D877" wp14:editId="56FA2D23">
          <wp:simplePos x="0" y="0"/>
          <wp:positionH relativeFrom="column">
            <wp:posOffset>-194310</wp:posOffset>
          </wp:positionH>
          <wp:positionV relativeFrom="paragraph">
            <wp:posOffset>-456655</wp:posOffset>
          </wp:positionV>
          <wp:extent cx="1033975" cy="731520"/>
          <wp:effectExtent l="0" t="0" r="0" b="0"/>
          <wp:wrapNone/>
          <wp:docPr id="1" name="Image 1" descr="C:\Users\FBI-STORE\AppData\Local\Microsoft\Windows\INetCache\Content.Word\logo ilmin bibl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FBI-STORE\AppData\Local\Microsoft\Windows\INetCache\Content.Word\logo ilmin bibli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9252"/>
                  <a:stretch/>
                </pic:blipFill>
                <pic:spPr bwMode="auto">
                  <a:xfrm>
                    <a:off x="0" y="0"/>
                    <a:ext cx="103397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4AE12E6"/>
    <w:multiLevelType w:val="hybridMultilevel"/>
    <w:tmpl w:val="E3FAA404"/>
    <w:lvl w:ilvl="0" w:tplc="C8223EC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AF5423"/>
    <w:multiLevelType w:val="hybridMultilevel"/>
    <w:tmpl w:val="0DFAA224"/>
    <w:lvl w:ilvl="0" w:tplc="129C2970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7AE7C5B"/>
    <w:multiLevelType w:val="hybridMultilevel"/>
    <w:tmpl w:val="0B041BA4"/>
    <w:lvl w:ilvl="0" w:tplc="17F0996A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XUj7PKmhQvmGvrudmNFxWmYQLFSdgO2mrAu5fvSICSqgWeJwQSqYr6rhfPVgcHaHjabukxXt6h8jIcfl3nrbg==" w:salt="4bwk3Fpy3cOr5IT/8DvToQ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1503"/>
    <w:rsid w:val="0015074B"/>
    <w:rsid w:val="0025753F"/>
    <w:rsid w:val="0028060E"/>
    <w:rsid w:val="0029639D"/>
    <w:rsid w:val="002F7E5C"/>
    <w:rsid w:val="00326F90"/>
    <w:rsid w:val="00342A36"/>
    <w:rsid w:val="00365947"/>
    <w:rsid w:val="00450806"/>
    <w:rsid w:val="004C2F44"/>
    <w:rsid w:val="00554866"/>
    <w:rsid w:val="005E5BE4"/>
    <w:rsid w:val="00642B24"/>
    <w:rsid w:val="007C17C1"/>
    <w:rsid w:val="007D5AE3"/>
    <w:rsid w:val="00A6349C"/>
    <w:rsid w:val="00A8388D"/>
    <w:rsid w:val="00A861F0"/>
    <w:rsid w:val="00AA1D8D"/>
    <w:rsid w:val="00B217C7"/>
    <w:rsid w:val="00B47730"/>
    <w:rsid w:val="00BA3135"/>
    <w:rsid w:val="00C57FE5"/>
    <w:rsid w:val="00C804C9"/>
    <w:rsid w:val="00CB0664"/>
    <w:rsid w:val="00D02C10"/>
    <w:rsid w:val="00D2594B"/>
    <w:rsid w:val="00E23893"/>
    <w:rsid w:val="00EA67DB"/>
    <w:rsid w:val="00F57D75"/>
    <w:rsid w:val="00FC501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2194145E-ABF2-42DE-B969-5F6CD306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TableauGrille6Couleur">
    <w:name w:val="Grid Table 6 Colorful"/>
    <w:basedOn w:val="TableauNormal"/>
    <w:uiPriority w:val="51"/>
    <w:rsid w:val="00B217C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Textedelespacerserv">
    <w:name w:val="Placeholder Text"/>
    <w:basedOn w:val="Policepardfaut"/>
    <w:uiPriority w:val="99"/>
    <w:semiHidden/>
    <w:rsid w:val="004C2F44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FC50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ilminlibrary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inkedin.com/company/ilmin-librar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facebook.com/ilminlibrary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87712BE-5979-42CB-A4D5-8DBBB93C9586}"/>
      </w:docPartPr>
      <w:docPartBody>
        <w:p w:rsidR="009706AA" w:rsidRDefault="00421DD2"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588695C150464B4691514645061460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D5E956C-D7D6-4CDB-8AC1-CB3D2C4A1455}"/>
      </w:docPartPr>
      <w:docPartBody>
        <w:p w:rsidR="009706AA" w:rsidRDefault="00421DD2" w:rsidP="00421DD2">
          <w:pPr>
            <w:pStyle w:val="588695C150464B46915146450614608D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8A471B84CB9D48699A142A5EAC2F96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01A0F6-5C5E-4C6C-9D97-73C2B8958899}"/>
      </w:docPartPr>
      <w:docPartBody>
        <w:p w:rsidR="009706AA" w:rsidRDefault="00421DD2" w:rsidP="00421DD2">
          <w:pPr>
            <w:pStyle w:val="8A471B84CB9D48699A142A5EAC2F96B7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8535C8A879D34EF78E85A420F36008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8E83FA-C052-4E55-8AE1-B6D20CCEC4DE}"/>
      </w:docPartPr>
      <w:docPartBody>
        <w:p w:rsidR="009706AA" w:rsidRDefault="00421DD2" w:rsidP="00421DD2">
          <w:pPr>
            <w:pStyle w:val="8535C8A879D34EF78E85A420F36008D1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E351F7A59E624411B8BDC38D1D805E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35CA62A-12A9-4CDC-B8F7-75422FFFC58C}"/>
      </w:docPartPr>
      <w:docPartBody>
        <w:p w:rsidR="009706AA" w:rsidRDefault="00421DD2" w:rsidP="00421DD2">
          <w:pPr>
            <w:pStyle w:val="E351F7A59E624411B8BDC38D1D805E32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E4C234F3CE4946AFB53DA4D87F7C97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C8057E-1268-4AA4-A331-666391D9C4D0}"/>
      </w:docPartPr>
      <w:docPartBody>
        <w:p w:rsidR="009706AA" w:rsidRDefault="00421DD2" w:rsidP="00421DD2">
          <w:pPr>
            <w:pStyle w:val="E4C234F3CE4946AFB53DA4D87F7C97E0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6A552C44A9874A4BADC70933D2F7BC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0FB94A-E5C4-4525-8F52-92653D376F3B}"/>
      </w:docPartPr>
      <w:docPartBody>
        <w:p w:rsidR="009706AA" w:rsidRDefault="00421DD2" w:rsidP="00421DD2">
          <w:pPr>
            <w:pStyle w:val="6A552C44A9874A4BADC70933D2F7BCDD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F2A4E020608145D2893D30DD94D1F7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CE8EB5-B2A1-4A25-8FDA-C15D43813DB6}"/>
      </w:docPartPr>
      <w:docPartBody>
        <w:p w:rsidR="009706AA" w:rsidRDefault="00421DD2" w:rsidP="00421DD2">
          <w:pPr>
            <w:pStyle w:val="F2A4E020608145D2893D30DD94D1F7C9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9F1AA732E12D45929F9EF4404F75BE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F7F3A4-AB16-4DA4-AA70-47A73C814EF5}"/>
      </w:docPartPr>
      <w:docPartBody>
        <w:p w:rsidR="009706AA" w:rsidRDefault="00421DD2" w:rsidP="00421DD2">
          <w:pPr>
            <w:pStyle w:val="9F1AA732E12D45929F9EF4404F75BEEF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7C9A099D3071465D88524CDEAE85F2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ABAF55-527E-4C6D-80D0-7D7189DB5AF9}"/>
      </w:docPartPr>
      <w:docPartBody>
        <w:p w:rsidR="009706AA" w:rsidRDefault="00421DD2" w:rsidP="00421DD2">
          <w:pPr>
            <w:pStyle w:val="7C9A099D3071465D88524CDEAE85F29E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F8BE816140A5421E80AC43A16B42594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D8B4ED-AA1E-41A1-8A63-B32F80B3B27F}"/>
      </w:docPartPr>
      <w:docPartBody>
        <w:p w:rsidR="009706AA" w:rsidRDefault="00421DD2" w:rsidP="00421DD2">
          <w:pPr>
            <w:pStyle w:val="F8BE816140A5421E80AC43A16B425949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2AA1B480AB5949E38832F81B2BCD61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44B3E3-4E9E-4B56-95CC-20E1281D7F9C}"/>
      </w:docPartPr>
      <w:docPartBody>
        <w:p w:rsidR="009706AA" w:rsidRDefault="00421DD2" w:rsidP="00421DD2">
          <w:pPr>
            <w:pStyle w:val="2AA1B480AB5949E38832F81B2BCD618B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FC7CDC538F7F463891B44B6821C19E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4F2DAD-79DF-429B-9B5A-D4E08AFDA4D0}"/>
      </w:docPartPr>
      <w:docPartBody>
        <w:p w:rsidR="009706AA" w:rsidRDefault="00421DD2" w:rsidP="00421DD2">
          <w:pPr>
            <w:pStyle w:val="FC7CDC538F7F463891B44B6821C19E58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546FB2AD19C94249ACA18130955323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E86DF8-A5AD-4D82-B12F-4866583126C8}"/>
      </w:docPartPr>
      <w:docPartBody>
        <w:p w:rsidR="009706AA" w:rsidRDefault="00421DD2" w:rsidP="00421DD2">
          <w:pPr>
            <w:pStyle w:val="546FB2AD19C94249ACA181309553233B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3A15E6D2858C478B9CC77C0334F868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38D95A-7684-4648-8E41-8DEF3A58FDDD}"/>
      </w:docPartPr>
      <w:docPartBody>
        <w:p w:rsidR="009706AA" w:rsidRDefault="00421DD2" w:rsidP="00421DD2">
          <w:pPr>
            <w:pStyle w:val="3A15E6D2858C478B9CC77C0334F86860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683D62EBAFE54487AE999B27F5FB9D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7B50D0-FF76-44B3-B1A1-D993EBA36C0C}"/>
      </w:docPartPr>
      <w:docPartBody>
        <w:p w:rsidR="009706AA" w:rsidRDefault="00421DD2" w:rsidP="00421DD2">
          <w:pPr>
            <w:pStyle w:val="683D62EBAFE54487AE999B27F5FB9D51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2C947CDD01CC40FFB9668E24FDB15A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CB1986-5DB4-4601-8341-B4354E25A1D6}"/>
      </w:docPartPr>
      <w:docPartBody>
        <w:p w:rsidR="009706AA" w:rsidRDefault="00421DD2" w:rsidP="00421DD2">
          <w:pPr>
            <w:pStyle w:val="2C947CDD01CC40FFB9668E24FDB15A27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20B347710CD944A39C5CF8ECB8ADD0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323C2BC-C8D7-4506-A2B1-50BC75F28542}"/>
      </w:docPartPr>
      <w:docPartBody>
        <w:p w:rsidR="009706AA" w:rsidRDefault="00421DD2" w:rsidP="00421DD2">
          <w:pPr>
            <w:pStyle w:val="20B347710CD944A39C5CF8ECB8ADD05A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0D46B60BBCC646F3A32338DF25B187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7BDE18-83DD-402F-9439-600BAA64AAEE}"/>
      </w:docPartPr>
      <w:docPartBody>
        <w:p w:rsidR="009706AA" w:rsidRDefault="00421DD2" w:rsidP="00421DD2">
          <w:pPr>
            <w:pStyle w:val="0D46B60BBCC646F3A32338DF25B187E2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40BB259F3249426B9A147AF773616A2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ED2CC9-68BB-4A86-914F-2E9318AF8BD6}"/>
      </w:docPartPr>
      <w:docPartBody>
        <w:p w:rsidR="009706AA" w:rsidRDefault="00421DD2" w:rsidP="00421DD2">
          <w:pPr>
            <w:pStyle w:val="40BB259F3249426B9A147AF773616A24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1C48B9A23D884816BEC4A931DA5CA4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6C56B21-1DC7-4808-9F77-51689B55F5F0}"/>
      </w:docPartPr>
      <w:docPartBody>
        <w:p w:rsidR="009706AA" w:rsidRDefault="00421DD2" w:rsidP="00421DD2">
          <w:pPr>
            <w:pStyle w:val="1C48B9A23D884816BEC4A931DA5CA40B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89F7A9583B724AFD80A3CD25109E1A0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CF7332-E6F8-4EE5-B3CE-AE38EFA51302}"/>
      </w:docPartPr>
      <w:docPartBody>
        <w:p w:rsidR="009706AA" w:rsidRDefault="00421DD2" w:rsidP="00421DD2">
          <w:pPr>
            <w:pStyle w:val="89F7A9583B724AFD80A3CD25109E1A01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1103D32BD2B84CA0B7DBE9B20F21A9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966F27-1D96-4688-8596-E901E4264349}"/>
      </w:docPartPr>
      <w:docPartBody>
        <w:p w:rsidR="009706AA" w:rsidRDefault="00421DD2" w:rsidP="00421DD2">
          <w:pPr>
            <w:pStyle w:val="1103D32BD2B84CA0B7DBE9B20F21A9BC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40987DD9CE9440E2B4A9EAC069A3D7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3068FB-D4B5-48A4-8DC9-7FC35281DE3C}"/>
      </w:docPartPr>
      <w:docPartBody>
        <w:p w:rsidR="009706AA" w:rsidRDefault="00421DD2" w:rsidP="00421DD2">
          <w:pPr>
            <w:pStyle w:val="40987DD9CE9440E2B4A9EAC069A3D76A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AE184EBE3A2F4F28B3CD7185435E76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773DEE-2261-4DC5-88F4-A9D47D03DA0E}"/>
      </w:docPartPr>
      <w:docPartBody>
        <w:p w:rsidR="009706AA" w:rsidRDefault="00421DD2" w:rsidP="00421DD2">
          <w:pPr>
            <w:pStyle w:val="AE184EBE3A2F4F28B3CD7185435E76C0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BEE41E3A9B69457E856237D198E7D3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C0B9C5-0D4C-4786-AC56-1464AB7A9BD8}"/>
      </w:docPartPr>
      <w:docPartBody>
        <w:p w:rsidR="009706AA" w:rsidRDefault="00421DD2" w:rsidP="00421DD2">
          <w:pPr>
            <w:pStyle w:val="BEE41E3A9B69457E856237D198E7D37F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04D6CC525D564DDAAB310E765254E6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8245F8-4F98-4712-88CF-07570B281230}"/>
      </w:docPartPr>
      <w:docPartBody>
        <w:p w:rsidR="00847391" w:rsidRDefault="009706AA" w:rsidP="009706AA">
          <w:pPr>
            <w:pStyle w:val="04D6CC525D564DDAAB310E765254E62D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86974AB504CB4489AA07B8092512DD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68A6635-10FE-4E97-BAA4-073CF2172151}"/>
      </w:docPartPr>
      <w:docPartBody>
        <w:p w:rsidR="00847391" w:rsidRDefault="009706AA" w:rsidP="009706AA">
          <w:pPr>
            <w:pStyle w:val="86974AB504CB4489AA07B8092512DDEF"/>
          </w:pPr>
          <w:r w:rsidRPr="00EE590F">
            <w:rPr>
              <w:rStyle w:val="Textedelespacerserv"/>
            </w:rPr>
            <w:t>Click here to enter text.</w:t>
          </w:r>
        </w:p>
      </w:docPartBody>
    </w:docPart>
    <w:docPart>
      <w:docPartPr>
        <w:name w:val="DefaultPlaceholder_10818685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540D6E-CB71-414F-BB77-82495E08B620}"/>
      </w:docPartPr>
      <w:docPartBody>
        <w:p w:rsidR="00847391" w:rsidRDefault="009706AA">
          <w:r w:rsidRPr="002E1D82">
            <w:rPr>
              <w:rStyle w:val="Textedelespacerserv"/>
            </w:rPr>
            <w:t>Choose an item.</w:t>
          </w:r>
        </w:p>
      </w:docPartBody>
    </w:docPart>
    <w:docPart>
      <w:docPartPr>
        <w:name w:val="DefaultPlaceholder_10818685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056344-5067-485D-B240-410DF87193E2}"/>
      </w:docPartPr>
      <w:docPartBody>
        <w:p w:rsidR="00847391" w:rsidRDefault="009706AA">
          <w:r w:rsidRPr="002E1D82">
            <w:rPr>
              <w:rStyle w:val="Textedelespacerserv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DD2"/>
    <w:rsid w:val="001F2B2C"/>
    <w:rsid w:val="00220195"/>
    <w:rsid w:val="002D54AB"/>
    <w:rsid w:val="00421DD2"/>
    <w:rsid w:val="00847391"/>
    <w:rsid w:val="009706AA"/>
    <w:rsid w:val="00CA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706AA"/>
    <w:rPr>
      <w:color w:val="808080"/>
    </w:rPr>
  </w:style>
  <w:style w:type="paragraph" w:customStyle="1" w:styleId="2F756B75E1AA4F3EAA702D73829113C5">
    <w:name w:val="2F756B75E1AA4F3EAA702D73829113C5"/>
    <w:rsid w:val="00421DD2"/>
  </w:style>
  <w:style w:type="paragraph" w:customStyle="1" w:styleId="394C83F1F77C46F98F24463B6FC87FC6">
    <w:name w:val="394C83F1F77C46F98F24463B6FC87FC6"/>
    <w:rsid w:val="00421DD2"/>
  </w:style>
  <w:style w:type="paragraph" w:customStyle="1" w:styleId="4A71833F7BFE4D13962ECDF7BEB53B9B">
    <w:name w:val="4A71833F7BFE4D13962ECDF7BEB53B9B"/>
    <w:rsid w:val="00421DD2"/>
  </w:style>
  <w:style w:type="paragraph" w:customStyle="1" w:styleId="0507B7051B2D454486A905AF948E5508">
    <w:name w:val="0507B7051B2D454486A905AF948E5508"/>
    <w:rsid w:val="00421DD2"/>
  </w:style>
  <w:style w:type="paragraph" w:customStyle="1" w:styleId="7EF21A60527F4FB1B4F4AD9797A28118">
    <w:name w:val="7EF21A60527F4FB1B4F4AD9797A28118"/>
    <w:rsid w:val="00421DD2"/>
  </w:style>
  <w:style w:type="paragraph" w:customStyle="1" w:styleId="00A56AD33B2E4DD3A1BD7D3801C53FC3">
    <w:name w:val="00A56AD33B2E4DD3A1BD7D3801C53FC3"/>
    <w:rsid w:val="00421DD2"/>
  </w:style>
  <w:style w:type="paragraph" w:customStyle="1" w:styleId="FE6D9CFD9D954A7CA4C708164872F0EF">
    <w:name w:val="FE6D9CFD9D954A7CA4C708164872F0EF"/>
    <w:rsid w:val="00421DD2"/>
  </w:style>
  <w:style w:type="paragraph" w:customStyle="1" w:styleId="50D7B3DCEAE0400081872496077AE5EC">
    <w:name w:val="50D7B3DCEAE0400081872496077AE5EC"/>
    <w:rsid w:val="00421DD2"/>
  </w:style>
  <w:style w:type="paragraph" w:customStyle="1" w:styleId="25105F61A3C1498FB0121381CA078B93">
    <w:name w:val="25105F61A3C1498FB0121381CA078B93"/>
    <w:rsid w:val="00421DD2"/>
  </w:style>
  <w:style w:type="paragraph" w:customStyle="1" w:styleId="0CD564155BB24079B639672F80ABDB64">
    <w:name w:val="0CD564155BB24079B639672F80ABDB64"/>
    <w:rsid w:val="00421DD2"/>
  </w:style>
  <w:style w:type="paragraph" w:customStyle="1" w:styleId="D5830D13440C4730B0FCC1E1FFEFA646">
    <w:name w:val="D5830D13440C4730B0FCC1E1FFEFA646"/>
    <w:rsid w:val="00421DD2"/>
  </w:style>
  <w:style w:type="paragraph" w:customStyle="1" w:styleId="A5C2B7CA3D1046A494B1130871791B01">
    <w:name w:val="A5C2B7CA3D1046A494B1130871791B01"/>
    <w:rsid w:val="00421DD2"/>
  </w:style>
  <w:style w:type="paragraph" w:customStyle="1" w:styleId="1181D13AC4DB4EC3917C3353413C2127">
    <w:name w:val="1181D13AC4DB4EC3917C3353413C2127"/>
    <w:rsid w:val="00421DD2"/>
  </w:style>
  <w:style w:type="paragraph" w:customStyle="1" w:styleId="507E2833FC144B4184F7DCC2F9507FD5">
    <w:name w:val="507E2833FC144B4184F7DCC2F9507FD5"/>
    <w:rsid w:val="00421DD2"/>
  </w:style>
  <w:style w:type="paragraph" w:customStyle="1" w:styleId="B59F450A214A425A8B1A2FEECCCD681E">
    <w:name w:val="B59F450A214A425A8B1A2FEECCCD681E"/>
    <w:rsid w:val="00421DD2"/>
  </w:style>
  <w:style w:type="paragraph" w:customStyle="1" w:styleId="F857CA01BF8C45E998D8C929AE8D766A">
    <w:name w:val="F857CA01BF8C45E998D8C929AE8D766A"/>
    <w:rsid w:val="00421DD2"/>
  </w:style>
  <w:style w:type="paragraph" w:customStyle="1" w:styleId="EE07B7E762314F45A8646F8DCE114AF8">
    <w:name w:val="EE07B7E762314F45A8646F8DCE114AF8"/>
    <w:rsid w:val="00421DD2"/>
  </w:style>
  <w:style w:type="paragraph" w:customStyle="1" w:styleId="6913CA8AB49D4402B70237477C79D9F9">
    <w:name w:val="6913CA8AB49D4402B70237477C79D9F9"/>
    <w:rsid w:val="00421DD2"/>
  </w:style>
  <w:style w:type="paragraph" w:customStyle="1" w:styleId="5F375700B85B4ABB97E7A6E63FF7C85A">
    <w:name w:val="5F375700B85B4ABB97E7A6E63FF7C85A"/>
    <w:rsid w:val="00421DD2"/>
  </w:style>
  <w:style w:type="paragraph" w:customStyle="1" w:styleId="C9315D954ED342E79150F317E763641D">
    <w:name w:val="C9315D954ED342E79150F317E763641D"/>
    <w:rsid w:val="00421DD2"/>
  </w:style>
  <w:style w:type="paragraph" w:customStyle="1" w:styleId="6F9F86B0551441809F88171F2C5D098A">
    <w:name w:val="6F9F86B0551441809F88171F2C5D098A"/>
    <w:rsid w:val="00421DD2"/>
  </w:style>
  <w:style w:type="paragraph" w:customStyle="1" w:styleId="588695C150464B46915146450614608D">
    <w:name w:val="588695C150464B46915146450614608D"/>
    <w:rsid w:val="00421DD2"/>
  </w:style>
  <w:style w:type="paragraph" w:customStyle="1" w:styleId="8A471B84CB9D48699A142A5EAC2F96B7">
    <w:name w:val="8A471B84CB9D48699A142A5EAC2F96B7"/>
    <w:rsid w:val="00421DD2"/>
  </w:style>
  <w:style w:type="paragraph" w:customStyle="1" w:styleId="8535C8A879D34EF78E85A420F36008D1">
    <w:name w:val="8535C8A879D34EF78E85A420F36008D1"/>
    <w:rsid w:val="00421DD2"/>
  </w:style>
  <w:style w:type="paragraph" w:customStyle="1" w:styleId="E351F7A59E624411B8BDC38D1D805E32">
    <w:name w:val="E351F7A59E624411B8BDC38D1D805E32"/>
    <w:rsid w:val="00421DD2"/>
  </w:style>
  <w:style w:type="paragraph" w:customStyle="1" w:styleId="E4C234F3CE4946AFB53DA4D87F7C97E0">
    <w:name w:val="E4C234F3CE4946AFB53DA4D87F7C97E0"/>
    <w:rsid w:val="00421DD2"/>
  </w:style>
  <w:style w:type="paragraph" w:customStyle="1" w:styleId="6A552C44A9874A4BADC70933D2F7BCDD">
    <w:name w:val="6A552C44A9874A4BADC70933D2F7BCDD"/>
    <w:rsid w:val="00421DD2"/>
  </w:style>
  <w:style w:type="paragraph" w:customStyle="1" w:styleId="F2A4E020608145D2893D30DD94D1F7C9">
    <w:name w:val="F2A4E020608145D2893D30DD94D1F7C9"/>
    <w:rsid w:val="00421DD2"/>
  </w:style>
  <w:style w:type="paragraph" w:customStyle="1" w:styleId="9F1AA732E12D45929F9EF4404F75BEEF">
    <w:name w:val="9F1AA732E12D45929F9EF4404F75BEEF"/>
    <w:rsid w:val="00421DD2"/>
  </w:style>
  <w:style w:type="paragraph" w:customStyle="1" w:styleId="7C9A099D3071465D88524CDEAE85F29E">
    <w:name w:val="7C9A099D3071465D88524CDEAE85F29E"/>
    <w:rsid w:val="00421DD2"/>
  </w:style>
  <w:style w:type="paragraph" w:customStyle="1" w:styleId="F8BE816140A5421E80AC43A16B425949">
    <w:name w:val="F8BE816140A5421E80AC43A16B425949"/>
    <w:rsid w:val="00421DD2"/>
  </w:style>
  <w:style w:type="paragraph" w:customStyle="1" w:styleId="2AA1B480AB5949E38832F81B2BCD618B">
    <w:name w:val="2AA1B480AB5949E38832F81B2BCD618B"/>
    <w:rsid w:val="00421DD2"/>
  </w:style>
  <w:style w:type="paragraph" w:customStyle="1" w:styleId="FC7CDC538F7F463891B44B6821C19E58">
    <w:name w:val="FC7CDC538F7F463891B44B6821C19E58"/>
    <w:rsid w:val="00421DD2"/>
  </w:style>
  <w:style w:type="paragraph" w:customStyle="1" w:styleId="7FD1F67AD3FE4E2CB88C037DCFDE2083">
    <w:name w:val="7FD1F67AD3FE4E2CB88C037DCFDE2083"/>
    <w:rsid w:val="00421DD2"/>
  </w:style>
  <w:style w:type="paragraph" w:customStyle="1" w:styleId="C0D74E2E8D494301BD554086200F0567">
    <w:name w:val="C0D74E2E8D494301BD554086200F0567"/>
    <w:rsid w:val="00421DD2"/>
  </w:style>
  <w:style w:type="paragraph" w:customStyle="1" w:styleId="EEFEFE769A3B43D3A41AF3394A91AEB2">
    <w:name w:val="EEFEFE769A3B43D3A41AF3394A91AEB2"/>
    <w:rsid w:val="00421DD2"/>
  </w:style>
  <w:style w:type="paragraph" w:customStyle="1" w:styleId="DF4CFC9C2A3F4DBB9AA06964D0B70122">
    <w:name w:val="DF4CFC9C2A3F4DBB9AA06964D0B70122"/>
    <w:rsid w:val="00421DD2"/>
  </w:style>
  <w:style w:type="paragraph" w:customStyle="1" w:styleId="546FB2AD19C94249ACA181309553233B">
    <w:name w:val="546FB2AD19C94249ACA181309553233B"/>
    <w:rsid w:val="00421DD2"/>
  </w:style>
  <w:style w:type="paragraph" w:customStyle="1" w:styleId="3A15E6D2858C478B9CC77C0334F86860">
    <w:name w:val="3A15E6D2858C478B9CC77C0334F86860"/>
    <w:rsid w:val="00421DD2"/>
  </w:style>
  <w:style w:type="paragraph" w:customStyle="1" w:styleId="683D62EBAFE54487AE999B27F5FB9D51">
    <w:name w:val="683D62EBAFE54487AE999B27F5FB9D51"/>
    <w:rsid w:val="00421DD2"/>
  </w:style>
  <w:style w:type="paragraph" w:customStyle="1" w:styleId="2C947CDD01CC40FFB9668E24FDB15A27">
    <w:name w:val="2C947CDD01CC40FFB9668E24FDB15A27"/>
    <w:rsid w:val="00421DD2"/>
  </w:style>
  <w:style w:type="paragraph" w:customStyle="1" w:styleId="20B347710CD944A39C5CF8ECB8ADD05A">
    <w:name w:val="20B347710CD944A39C5CF8ECB8ADD05A"/>
    <w:rsid w:val="00421DD2"/>
  </w:style>
  <w:style w:type="paragraph" w:customStyle="1" w:styleId="0D46B60BBCC646F3A32338DF25B187E2">
    <w:name w:val="0D46B60BBCC646F3A32338DF25B187E2"/>
    <w:rsid w:val="00421DD2"/>
  </w:style>
  <w:style w:type="paragraph" w:customStyle="1" w:styleId="40BB259F3249426B9A147AF773616A24">
    <w:name w:val="40BB259F3249426B9A147AF773616A24"/>
    <w:rsid w:val="00421DD2"/>
  </w:style>
  <w:style w:type="paragraph" w:customStyle="1" w:styleId="1C48B9A23D884816BEC4A931DA5CA40B">
    <w:name w:val="1C48B9A23D884816BEC4A931DA5CA40B"/>
    <w:rsid w:val="00421DD2"/>
  </w:style>
  <w:style w:type="paragraph" w:customStyle="1" w:styleId="89F7A9583B724AFD80A3CD25109E1A01">
    <w:name w:val="89F7A9583B724AFD80A3CD25109E1A01"/>
    <w:rsid w:val="00421DD2"/>
  </w:style>
  <w:style w:type="paragraph" w:customStyle="1" w:styleId="1103D32BD2B84CA0B7DBE9B20F21A9BC">
    <w:name w:val="1103D32BD2B84CA0B7DBE9B20F21A9BC"/>
    <w:rsid w:val="00421DD2"/>
  </w:style>
  <w:style w:type="paragraph" w:customStyle="1" w:styleId="40987DD9CE9440E2B4A9EAC069A3D76A">
    <w:name w:val="40987DD9CE9440E2B4A9EAC069A3D76A"/>
    <w:rsid w:val="00421DD2"/>
  </w:style>
  <w:style w:type="paragraph" w:customStyle="1" w:styleId="AE184EBE3A2F4F28B3CD7185435E76C0">
    <w:name w:val="AE184EBE3A2F4F28B3CD7185435E76C0"/>
    <w:rsid w:val="00421DD2"/>
  </w:style>
  <w:style w:type="paragraph" w:customStyle="1" w:styleId="BEE41E3A9B69457E856237D198E7D37F">
    <w:name w:val="BEE41E3A9B69457E856237D198E7D37F"/>
    <w:rsid w:val="00421DD2"/>
  </w:style>
  <w:style w:type="paragraph" w:customStyle="1" w:styleId="5D77FF9AFD644A22AD56E6FB5C6A3650">
    <w:name w:val="5D77FF9AFD644A22AD56E6FB5C6A3650"/>
    <w:rsid w:val="009706AA"/>
  </w:style>
  <w:style w:type="paragraph" w:customStyle="1" w:styleId="04D6CC525D564DDAAB310E765254E62D">
    <w:name w:val="04D6CC525D564DDAAB310E765254E62D"/>
    <w:rsid w:val="009706AA"/>
  </w:style>
  <w:style w:type="paragraph" w:customStyle="1" w:styleId="86974AB504CB4489AA07B8092512DDEF">
    <w:name w:val="86974AB504CB4489AA07B8092512DDEF"/>
    <w:rsid w:val="009706AA"/>
  </w:style>
  <w:style w:type="paragraph" w:customStyle="1" w:styleId="FE6AE3FC0730400D84ED23FD708DC854">
    <w:name w:val="FE6AE3FC0730400D84ED23FD708DC854"/>
    <w:rsid w:val="009706AA"/>
  </w:style>
  <w:style w:type="paragraph" w:customStyle="1" w:styleId="C5CDA0879EED4AF2A01A81D983DDD6E2">
    <w:name w:val="C5CDA0879EED4AF2A01A81D983DDD6E2"/>
    <w:rsid w:val="009706AA"/>
  </w:style>
  <w:style w:type="paragraph" w:customStyle="1" w:styleId="E1C56D8D396E409E881428F64C3B4FAB">
    <w:name w:val="E1C56D8D396E409E881428F64C3B4FAB"/>
    <w:rsid w:val="009706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E7380F7-38A4-43D5-964A-36DA215E4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430</Words>
  <Characters>2371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2796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FBI-STORE</cp:lastModifiedBy>
  <cp:revision>16</cp:revision>
  <cp:lastPrinted>2025-09-22T21:09:00Z</cp:lastPrinted>
  <dcterms:created xsi:type="dcterms:W3CDTF">2013-12-23T23:15:00Z</dcterms:created>
  <dcterms:modified xsi:type="dcterms:W3CDTF">2025-09-22T21:25:00Z</dcterms:modified>
  <cp:category/>
</cp:coreProperties>
</file>